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Архитвір</w:t>
      </w:r>
    </w:p>
    <w:p>
      <w:r>
        <w:br/>
        <w:t xml:space="preserve"> &lt;p&gt;І</w:t>
      </w:r>
    </w:p>
    <w:p>
      <w:r>
        <w:br/>
        <w:t>Перед Даріяном отвиралася вулиця зал. Довжезний ряд різьблених фрагментів стояв перед ним, як звалище святині. Був се матеріал до вівтаря, що мав станути в новім храмі.</w:t>
      </w:r>
    </w:p>
    <w:p>
      <w:r>
        <w:br/>
        <w:t>Артист сидів похилений під тягарем власного духу. Той тягар ніколи й ніде не покидав його.</w:t>
      </w:r>
    </w:p>
    <w:p>
      <w:r>
        <w:br/>
        <w:t>В робітню ввійшла дівчина. Темні очі, ясне волосся.</w:t>
      </w:r>
    </w:p>
    <w:p>
      <w:r>
        <w:br/>
        <w:t>— Не пізнаєш мене? Діточі літа... Ти вчив мене... В ріднім краю... Тепер їду до мого любка, але по дорозі вчула за Тебе і повернула.</w:t>
      </w:r>
    </w:p>
    <w:p>
      <w:r>
        <w:br/>
        <w:t>Подала вінець житніх колосів, перетиканий дубовим листям, польним маком, дикими цвітами, між ними тернові шпильки.</w:t>
      </w:r>
    </w:p>
    <w:p>
      <w:r>
        <w:br/>
        <w:t>— У Тебе гарна будова,— замітив артист. Личко дівчини роз'яснилося.</w:t>
      </w:r>
    </w:p>
    <w:p>
      <w:r>
        <w:br/>
        <w:t>— Я люблю своє тіло. Ти артист, то пркажуся Тобі. Скинула білі сап'янці, доторкнулася нараменної камеї —</w:t>
      </w:r>
    </w:p>
    <w:p>
      <w:r>
        <w:br/>
        <w:t>довга хвиляста сукня і рожевий шовковий хітон зісунулися з неї, як дві хмарки подувом леготу. Заки Даріян стямився, станула перед ним дівчина — як лілея в хвилі розцвіту. її стан нагадував лагідні обриси йонських ваз з прозорого хальке-дону — груди — пара білих голубів, що збираються до лету. Між ними прогалинка, як човник. Тим човником плили цілунки на гарячих хвилях крові до серця.</w:t>
      </w:r>
    </w:p>
    <w:p>
      <w:r>
        <w:br/>
        <w:t>Поклала руки на голові і поверталася в ритмі легкого танку, її ніжки плили, як білі хвилі серед святого гаю.</w:t>
      </w:r>
    </w:p>
    <w:p>
      <w:r>
        <w:br/>
        <w:t>Відкинула буйне волосся, підоймила личко і протягала пальцями розплетені коси вгору. Рамена творили старинну арфу зі слонової кості, волосся — золоті струни. Бедра звужувалися вгору, спливали лагідними лініями до ніг і творили дві арфи на собі. Збоку рисувалися також лінії грецької арфи.</w:t>
      </w:r>
    </w:p>
    <w:p>
      <w:r>
        <w:br/>
        <w:t>"Пробудження мармуру",— думав артист.— Дійсно, прегарна у Тебе будова.</w:t>
      </w:r>
    </w:p>
    <w:p>
      <w:r>
        <w:br/>
        <w:t>Совала пальцями по нозі.</w:t>
      </w:r>
    </w:p>
    <w:p>
      <w:r>
        <w:br/>
        <w:t>— Люблю отсю лінію свого бедра. Диви, як вона спливає до коліна. Але ноги не люблю; трохи загруба. Я малою бігала боса. Тямиш?</w:t>
      </w:r>
    </w:p>
    <w:p>
      <w:r>
        <w:br/>
        <w:t>Убралася і сіла коло нього.</w:t>
      </w:r>
    </w:p>
    <w:p>
      <w:r>
        <w:br/>
        <w:t>— Заспівати Тобі пісню? Схилив лице в долоні.</w:t>
      </w:r>
    </w:p>
    <w:p>
      <w:r>
        <w:br/>
        <w:t>— Заспівай пісню.</w:t>
      </w:r>
    </w:p>
    <w:p>
      <w:r>
        <w:br/>
        <w:t>Сивий сумерк стелився по простороні зал, дівчина снувала піснею спомини, врешті повела обжинкову 1 і викликала перед Даріяном серпневу місячну ніч, коли жінки і дівчата вертають з поля і ладкають у два хори з таємним прочуттям, а їх голос добувається з тьми невідомого, дрожить неописаним чаром над селом і лунає по стернистих розлогах і берегах гаю.</w:t>
      </w:r>
    </w:p>
    <w:p>
      <w:r>
        <w:br/>
        <w:t>Ой, місяцю ро-го-женьку!</w:t>
      </w:r>
    </w:p>
    <w:p>
      <w:r>
        <w:br/>
        <w:t>Ой, місяцю ро-го-жень-ку,</w:t>
      </w:r>
    </w:p>
    <w:p>
      <w:r>
        <w:br/>
        <w:t>світи нам до-ро-женьку! Ой, щоби ми не зблу-ди-ли! Ой, щоби ми не зблу-дили, віночок не згубили!</w:t>
      </w:r>
    </w:p>
    <w:p>
      <w:r>
        <w:br/>
        <w:t>Пісня затихла, він сидів мовчки, понурий.</w:t>
      </w:r>
    </w:p>
    <w:p>
      <w:r>
        <w:br/>
        <w:t>-Стямився, як ніч наставала. Повів дівчину до лежанки під другою стіною, а сам вернувся і ляг на своє місце. Вона не могла заснути і перекидала слова до нього. Врешті встала і прийшла до нього. Обгорнув її, а сам сів коло стіни.</w:t>
      </w:r>
    </w:p>
    <w:p>
      <w:r>
        <w:br/>
        <w:t>— Оповідай казку,— прохала Ілона.</w:t>
      </w:r>
    </w:p>
    <w:p>
      <w:r>
        <w:br/>
        <w:t>Був у далекім світі. Думки мигали навхрест, як шаблі в двобою. Зачав оповідати без зв'язі і водив в повітрі рукою за словом. Його голос добувався в низькій скалі і гомонів серед тишини.</w:t>
      </w:r>
    </w:p>
    <w:p>
      <w:r>
        <w:br/>
        <w:t>— Був чоловік, що мав чотири таланти, а не мав щастя. Умів управляти ріллю, знав ткацтво, ковальство і будівництво.</w:t>
      </w:r>
    </w:p>
    <w:p>
      <w:r>
        <w:br/>
        <w:t>Посилають боги щастя до рільника, а була се зима. Приходить щастя до того чоловіка і питається: "Чи тут сидить рільник?" — "Ні, тут коваль".</w:t>
      </w:r>
    </w:p>
    <w:p>
      <w:r>
        <w:br/>
        <w:t>Пішло щастя до такого, що ціле літо спав на вигоні, а тепер молотив полову, і пристало до нього.</w:t>
      </w:r>
    </w:p>
    <w:p>
      <w:r>
        <w:br/>
        <w:t>Посилають боги навесні щастя до коваля. Приходить воно до нашого чоловіка і питає: "Чи тут коваль?" — "Ні, тут не коваль, лише рільник".</w:t>
      </w:r>
    </w:p>
    <w:p>
      <w:r>
        <w:br/>
        <w:t>Пішло щастя до цигана, що цілу зиму спав, а тепер протер очі і псував плуги...</w:t>
      </w:r>
    </w:p>
    <w:p>
      <w:r>
        <w:br/>
        <w:t>— Гарна ідея,— замітила дівчина.— Оповідай ще що, оповідай про себе.</w:t>
      </w:r>
    </w:p>
    <w:p>
      <w:r>
        <w:br/>
        <w:t>Був змучений. Голос падав на робітню, як кусні мармуру з-під молота.</w:t>
      </w:r>
    </w:p>
    <w:p>
      <w:r>
        <w:br/>
        <w:t>По довгій мовчанці спитав:</w:t>
      </w:r>
    </w:p>
    <w:p>
      <w:r>
        <w:br/>
        <w:t>— Чому не спиш, Ілоно?</w:t>
      </w:r>
    </w:p>
    <w:p>
      <w:r>
        <w:br/>
        <w:t>— Душа болить... Похилив голову до неї.</w:t>
      </w:r>
    </w:p>
    <w:p>
      <w:r>
        <w:br/>
        <w:t>— Пригорни мене трохи.</w:t>
      </w:r>
    </w:p>
    <w:p>
      <w:r>
        <w:br/>
        <w:t>— Не можна...</w:t>
      </w:r>
    </w:p>
    <w:p>
      <w:r>
        <w:br/>
        <w:t>— Вибачай — найбільші лицарі мають слабі хвилі...</w:t>
      </w:r>
    </w:p>
    <w:p>
      <w:r>
        <w:br/>
        <w:t>Ілона прижмурила очі, дивилася в яснояву спомину і шептала:</w:t>
      </w:r>
    </w:p>
    <w:p>
      <w:r>
        <w:br/>
        <w:t>— Ніколи не забуду того таємного образу: на досвітках станула я на високій скелі, передо мною безконечна, грізна прогалина, сонце сходило в неї, лілейні хмарки розпливалися, листочки дрожали на деревах, як молоде тіло, упоєне шалом любові...</w:t>
      </w:r>
    </w:p>
    <w:p>
      <w:r>
        <w:br/>
        <w:t>II</w:t>
      </w:r>
    </w:p>
    <w:p>
      <w:r>
        <w:br/>
        <w:t>Глянув рано по робітні, Ілони не було. Зібрався і вийшов в гори.</w:t>
      </w:r>
    </w:p>
    <w:p>
      <w:r>
        <w:br/>
        <w:t>Спинався понад шпилями і пропастями, покалічив руки, ноги і йшов вгору. Опинився на верхах. Вірли, його сусіди, далекий табір скель — його лабіринт. Над головою синя пропасть, під ногами хмари. Раз білі, як отара овець, то темні, як розбурхане море. Громи ведуть розговір по хмарах, аж голос на краях світа зашибається.</w:t>
      </w:r>
    </w:p>
    <w:p>
      <w:r>
        <w:br/>
        <w:t>Даріян іде на край верхів, обіймає скелю за шию і дивиться в далекий світ в долині.</w:t>
      </w:r>
    </w:p>
    <w:p>
      <w:r>
        <w:br/>
        <w:t>Вернув пізно в робітню. Сидів в тишині і сутіні між камінними постатями і вів з ними розмову.</w:t>
      </w:r>
    </w:p>
    <w:p>
      <w:r>
        <w:br/>
        <w:t>Встав, узяв молот і долото і зачав різьбити з навіженим розмахом. Духи оживали з каменя. Серед тіней видів краще, ніж в білий день серед юрби.</w:t>
      </w:r>
    </w:p>
    <w:p>
      <w:r>
        <w:br/>
        <w:t>Несамовита сила опанувала його, він відступився, глянув на мармурні постаті.</w:t>
      </w:r>
    </w:p>
    <w:p>
      <w:r>
        <w:br/>
        <w:t>— Воскресаєте з каменя, мої кохані, рухаєтеся, живете! В вас моя розкіш, захват, забуття!..</w:t>
      </w:r>
    </w:p>
    <w:p>
      <w:r>
        <w:br/>
        <w:t>III</w:t>
      </w:r>
    </w:p>
    <w:p>
      <w:r>
        <w:br/>
        <w:t>Парк шумів осінніми шатами. Хмари линули через місяць, з дерев падали на стежку розбишацькі тіні, снувалися й крали мертві рожі місяця.</w:t>
      </w:r>
    </w:p>
    <w:p>
      <w:r>
        <w:br/>
        <w:t>Даріян та Ілона блукали алеями. Горнулася до нього, дрожала і стискала його пальці. Мала дар в стисканні руки, виповідала пальцями ворушення, на які не було слів. Він висував руку, бо таємні вирази проймали його дрожею упоєн-ня і грозою божевілля.</w:t>
      </w:r>
    </w:p>
    <w:p>
      <w:r>
        <w:br/>
        <w:t>Станули на краю гори.</w:t>
      </w:r>
    </w:p>
    <w:p>
      <w:r>
        <w:br/>
        <w:t>В долоні місто миготіло, як потвора, роєм очей, вулицею тремтіла низка світел, як жемчуг царівни, начгорі палав цвинтар, огород душ, жевром світляків, як зільник огненних цвітів або сажава розтопленого золота.</w:t>
      </w:r>
    </w:p>
    <w:p>
      <w:r>
        <w:br/>
        <w:t>Даріян глянув на Ілону. її голова на тлі світел виглядала як серед звізд.</w:t>
      </w:r>
    </w:p>
    <w:p>
      <w:r>
        <w:br/>
        <w:t>— Не молюся до мертвих богів, лиш до Тебе живої! Дивилася з-під брів і мала талант шепоту, на якім розуміється лише той, що вміє пустити кинджал під серце.</w:t>
      </w:r>
    </w:p>
    <w:p>
      <w:r>
        <w:br/>
        <w:t>Даріян вслухався в віддих її життя, в тайну далеких тонів поза її голосом і думав:</w:t>
      </w:r>
    </w:p>
    <w:p>
      <w:r>
        <w:br/>
        <w:t>"Отеє жива людина при тобі. Зійшлася на сій стежці з тобою серед мандрівних тіней осені так само з горем і полум'ям в серці. Поза торговицею людського життя. Чи народ дійсно видав Музу для мене? Чи се смерть, чи нове життя?"</w:t>
      </w:r>
    </w:p>
    <w:p>
      <w:r>
        <w:br/>
        <w:t>Профіль Глони нагадував божу дівчину візантійського маляра. Даріян пригорнув її легко, як цінну рожу, аби не пом'яти листків.</w:t>
      </w:r>
    </w:p>
    <w:p>
      <w:r>
        <w:br/>
        <w:t>— Тулити Твою головку до груді в деяку хвилю — то можна стратити ум.</w:t>
      </w:r>
    </w:p>
    <w:p>
      <w:r>
        <w:br/>
        <w:t>— Нині рано тулила я Твою голову до груді і не знала, чи Ти мій син, чи я Твоя доцечка.</w:t>
      </w:r>
    </w:p>
    <w:p>
      <w:r>
        <w:br/>
        <w:t>— Чи доводилося Тобі, Ілоно, в просонні розмовляти з коханою людиною так, як се годі наяву? Твориться полум'я в душі, яке міг би я засвітити перед Тобою лиш в тишині і сутіні святині. Далеко від цвинтарища буденної боротьби. Ми пізналися сполудня, потім довго я Тебе не видав, аж раз на досвітках блукав в гаю, і, коли виходив стежкою в гору, назустріч з'явилася Ти, і ми без слів впали собі в обійми. Як настав вечір, ми блукали ясними залами, а вони йшли в нескінченний округ. І не було там ні одного живого єства, лише панувала муза тишини. Ми вийшли на веранду, перед нами дрімали мирти, серед кипарисів водограй сипав діаманти на струни кітари, а поза Твоїм тихим голосом чув я орфейські звуки і далеку симфонію грецьких флейт...</w:t>
      </w:r>
    </w:p>
    <w:p>
      <w:r>
        <w:br/>
        <w:t>Ілона станула.</w:t>
      </w:r>
    </w:p>
    <w:p>
      <w:r>
        <w:br/>
        <w:t>— Якби ми запалися отут під землю і могли там разом бути обоє...</w:t>
      </w:r>
    </w:p>
    <w:p>
      <w:r>
        <w:br/>
        <w:t>Сіли на лавці, Даріян мовив:</w:t>
      </w:r>
    </w:p>
    <w:p>
      <w:r>
        <w:br/>
        <w:t>— Раз пара молодих людей перекинулася ручаєм і попли-ла в невідомий світ. Хто станув над берегом, глянув в глибини, в обійми хвиль, не вгадав, що се дві душі, сповиті одною тугою, пливуть у невідомий світ...</w:t>
      </w:r>
    </w:p>
    <w:p>
      <w:r>
        <w:br/>
        <w:t>В тій дівчині замічав Даріян все дві постаті. Коли приходила до нього, була старша і сувора, а коли пригорнув її до себе, личко ставало дрібне, дівоче з рожевим відтінком. Раз оріхові брови, то знов уста краски суниці впадали під увагу. Око було вогке, над ним виповнювалася обручка, личко нагадувало пуплях рожі, що в досвітній росі чекає на промінь, аби розхилити листки.</w:t>
      </w:r>
    </w:p>
    <w:p>
      <w:r>
        <w:br/>
        <w:t>Коли б я назвав Тебе жемчугом, вразив би правду. Ти не мертвий камінь, в якім блиск чужого світла грає.</w:t>
      </w:r>
    </w:p>
    <w:p>
      <w:r>
        <w:br/>
        <w:t>Коли б я назвав Тебе рожею, то се був би лиш символ Твоїх уст, символ краси, яка скоро в'яне.</w:t>
      </w:r>
    </w:p>
    <w:p>
      <w:r>
        <w:br/>
        <w:t>Коли б. я назвав Тебе пташиною, то виявив би лиш одну струну Твоєї душі— ніжний спів.</w:t>
      </w:r>
    </w:p>
    <w:p>
      <w:r>
        <w:br/>
        <w:t>Коли б я назвав Тебе зіркою, то се було би слово лиш про Твоє око як самітнє світло в просторі.</w:t>
      </w:r>
    </w:p>
    <w:p>
      <w:r>
        <w:br/>
        <w:t>Коли б я назвав Тебе людиною, то се була би раз химерна дитина, то знов терпіння й молодеча туга.</w:t>
      </w:r>
    </w:p>
    <w:p>
      <w:r>
        <w:br/>
        <w:t>Так розбивається моя душа однозвучним співом стри-натки напровесні серед лісу, й я не годен найти імення для Тебе.</w:t>
      </w:r>
    </w:p>
    <w:p>
      <w:r>
        <w:br/>
        <w:t>Ти раз вінець моєї душі, то знов многострунна арфа, в якій закляті чари розкоші й терпіння.</w:t>
      </w:r>
    </w:p>
    <w:p>
      <w:r>
        <w:br/>
        <w:t>Так пророки в вітхненні шукали епохами імені бога, а в мене нема богів, нема музи над Тебе.</w:t>
      </w:r>
    </w:p>
    <w:p>
      <w:r>
        <w:br/>
        <w:t>Як же назвати Тебе?</w:t>
      </w:r>
    </w:p>
    <w:p>
      <w:r>
        <w:br/>
        <w:t>Ти муза моєї весни, раю і терпіння...</w:t>
      </w:r>
    </w:p>
    <w:p>
      <w:r>
        <w:br/>
        <w:t>Притулив лице до її уст.</w:t>
      </w:r>
    </w:p>
    <w:p>
      <w:r>
        <w:br/>
        <w:t>Обоє відчували, що якби хто третій був тепер між ними, то вмер би, а якби розділив, то від жару їх душ займив би ся між ними степ, згорів би ліс.</w:t>
      </w:r>
    </w:p>
    <w:p>
      <w:r>
        <w:br/>
        <w:t>Глянув на неї.</w:t>
      </w:r>
    </w:p>
    <w:p>
      <w:r>
        <w:br/>
        <w:t>Крізь дерева падав на личко мертвий промінь місяця, в тіні чорніли ями її очей, з чола спливала синя пляма.</w:t>
      </w:r>
    </w:p>
    <w:p>
      <w:r>
        <w:br/>
        <w:t>Даріян вдивився, причарований грозою тайни,— зі споду ями блиснув крайчик ока.</w:t>
      </w:r>
    </w:p>
    <w:p>
      <w:r>
        <w:br/>
        <w:t>IV</w:t>
      </w:r>
    </w:p>
    <w:p>
      <w:r>
        <w:br/>
        <w:t>Повірила йому свої листи до попередніх любків і від них до неї. Сказала, що з листів найлегше пізнати людину.</w:t>
      </w:r>
    </w:p>
    <w:p>
      <w:r>
        <w:br/>
        <w:t>Даріян снувався довгою вулицею робітні.</w:t>
      </w:r>
    </w:p>
    <w:p>
      <w:r>
        <w:br/>
        <w:t>Ставав перед горами фрагментів, матеріалу до вівтаря в новій святині і питав себе здивований:</w:t>
      </w:r>
    </w:p>
    <w:p>
      <w:r>
        <w:br/>
        <w:t>— Чи се моє, мій твір?</w:t>
      </w:r>
    </w:p>
    <w:p>
      <w:r>
        <w:br/>
        <w:t>Пригадав собі, що зближається речинець. Вулицею юрба вертає з прощі.</w:t>
      </w:r>
    </w:p>
    <w:p>
      <w:r>
        <w:br/>
        <w:t>Притулив руку до уст і вглянув в душу. Що з ним діялося? Де він був?</w:t>
      </w:r>
    </w:p>
    <w:p>
      <w:r>
        <w:br/>
        <w:t>Блукав знов по робітні і придивлявся різьбам. Страх прошиб його до кості.</w:t>
      </w:r>
    </w:p>
    <w:p>
      <w:r>
        <w:br/>
        <w:t>— Хто вкрав мені план!? Хто зрабував мені душу?! Отут, о, в голові був план!!</w:t>
      </w:r>
    </w:p>
    <w:p>
      <w:r>
        <w:br/>
        <w:t>Вечором збудила його Ілона.</w:t>
      </w:r>
    </w:p>
    <w:p>
      <w:r>
        <w:br/>
        <w:t>Був спокійний, не давав нічого пізнати по собі.</w:t>
      </w:r>
    </w:p>
    <w:p>
      <w:r>
        <w:br/>
        <w:t>— Забуваєш за мене,— жалувалася Ілона.— Не відвідуєш...</w:t>
      </w:r>
    </w:p>
    <w:p>
      <w:r>
        <w:br/>
        <w:t>— Ах, правда, але не можу тепер думати про се. Вибачай...</w:t>
      </w:r>
    </w:p>
    <w:p>
      <w:r>
        <w:br/>
        <w:t>Дивився на неї і впав в розсвіт духу: вона ніколи не входила в глибини його творчості, все думала над чим іншим.</w:t>
      </w:r>
    </w:p>
    <w:p>
      <w:r>
        <w:br/>
        <w:t>— Вийдім,— сказала Ілона. Ішли гірською стежкою.</w:t>
      </w:r>
    </w:p>
    <w:p>
      <w:r>
        <w:br/>
        <w:t>Даріян пригадав собі з оповідання Ілони, як то вона була раз слаба, мати подала їй напитися ліку, але що лік був гарячий, Ілона трутила матері кип'ятком в очі...</w:t>
      </w:r>
    </w:p>
    <w:p>
      <w:r>
        <w:br/>
        <w:t>Ілона горнулася тепер до нього.</w:t>
      </w:r>
    </w:p>
    <w:p>
      <w:r>
        <w:br/>
        <w:t>— Неси мене трохи.</w:t>
      </w:r>
    </w:p>
    <w:p>
      <w:r>
        <w:br/>
        <w:t>Взяв її одною рукою під плечі, другою під коліна і ніс гірською стежкою.</w:t>
      </w:r>
    </w:p>
    <w:p>
      <w:r>
        <w:br/>
        <w:t>Ішов довго рівним кроком, аж станув на скелі, відки от-виралася безконечна, голуба прогалина.</w:t>
      </w:r>
    </w:p>
    <w:p>
      <w:r>
        <w:br/>
        <w:t>Вдивився в дівчину — спала. Притулив уста до її чола і розхилив рамена.</w:t>
      </w:r>
    </w:p>
    <w:p>
      <w:r>
        <w:br/>
        <w:t>В мрачнім низу розлетілися платки рожі на шпилю...</w:t>
      </w:r>
    </w:p>
    <w:p>
      <w:r>
        <w:br/>
        <w:t>На третій день вранці-рано вітало сонце величавий вівтар, і тисячі очей губилися в нім, як в таємних ходах, якими блукає людська судьба.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