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Антігона</w:t>
      </w:r>
    </w:p>
    <w:p>
      <w:r>
        <w:br/>
        <w:t xml:space="preserve"> Переклад Бориса Тена</w:t>
      </w:r>
    </w:p>
    <w:p>
      <w:r>
        <w:br/>
        <w:t>ДІЙОВІ ОСОБИ&lt;br /&gt;</w:t>
        <w:br/>
        <w:t>Антігона, Ісмена — дочки Царя Едіпа.&lt;br /&gt;</w:t>
        <w:br/>
        <w:t>Креонт — цар фіванський.&lt;br /&gt;</w:t>
        <w:br/>
        <w:t>Еврідіка — його дружина.&lt;br /&gt;</w:t>
        <w:br/>
        <w:t>Гемон — син Креонта, наречений Антігони.&lt;br /&gt;</w:t>
        <w:br/>
        <w:t>Тіресій — сліпий провісник.&lt;br /&gt;</w:t>
        <w:br/>
        <w:t>Страж.&lt;br /&gt;</w:t>
        <w:br/>
        <w:t>Вісник.&lt;br /&gt;</w:t>
        <w:br/>
        <w:t>Слуга Креонта.&lt;br /&gt;</w:t>
        <w:br/>
        <w:t>Хор фіванських старійшин.</w:t>
      </w:r>
    </w:p>
    <w:p>
      <w:r>
        <w:br/>
        <w:t>Пролог&lt;br /&gt;</w:t>
        <w:br/>
        <w:t>АНТІГОНА&lt;br /&gt;</w:t>
        <w:br/>
        <w:t>Ісмено рідна, сестронько улюблена!&lt;br /&gt;</w:t>
        <w:br/>
        <w:t>Де лиха ті, яких Едіпу-батькові&lt;br /&gt;</w:t>
        <w:br/>
        <w:t>Й нам, що живі ще ходим, не послав би Зевс?&lt;br /&gt;</w:t>
        <w:br/>
        <w:t>Ні горя вже, здається, ані напасті,&lt;br /&gt;</w:t>
        <w:br/>
        <w:t>5] Ані ганьба й безчестя не знайти ніде,&lt;br /&gt;</w:t>
        <w:br/>
        <w:t>Яких з тобою, сестро, не зазнали ми.&lt;br /&gt;</w:t>
        <w:br/>
        <w:t>Новий сьогодні, кажуть, оголошено&lt;br /&gt;</w:t>
        <w:br/>
        <w:t>Наказ у місті від воєначальника?&lt;br /&gt;</w:t>
        <w:br/>
        <w:t>Не чула ти нічого? І не знаєш ти,&lt;br /&gt;</w:t>
        <w:br/>
        <w:t>10] Що зловорожа доля наших друзів жде?&lt;br /&gt;</w:t>
        <w:br/>
        <w:t>ІСМЕНА&lt;br /&gt;</w:t>
        <w:br/>
        <w:t>Ні, Антігоно люба, не доходило&lt;br /&gt;</w:t>
        <w:br/>
        <w:t>Чуток до мене ні гірких, ні радісних&lt;br /&gt;</w:t>
        <w:br/>
        <w:t>Від дня, як наші два брати загинули,&lt;br /&gt;</w:t>
        <w:br/>
        <w:t>Убивши на двобої один одного.&lt;br /&gt;</w:t>
        <w:br/>
        <w:t>15] Лише цієї ночі відійшла відціль&lt;br /&gt;</w:t>
        <w:br/>
        <w:t>Аргейська рать,— нічого більш не знаю я.&lt;br /&gt;</w:t>
        <w:br/>
        <w:t>Але не краще з того і не гірш мені.&lt;br /&gt;</w:t>
        <w:br/>
        <w:t>АНТІГОНА&lt;br /&gt;</w:t>
        <w:br/>
        <w:t>Та я-то добре знаю, тим-то й кликала&lt;br /&gt;</w:t>
        <w:br/>
        <w:t>Тебе за браму — побалакать сам на сам.&lt;br /&gt;</w:t>
        <w:br/>
        <w:t>ІСМЕНА&lt;br /&gt;</w:t>
        <w:br/>
        <w:t>20] В чім справа? Видно, дуже ти схвильована?&lt;br /&gt;</w:t>
        <w:br/>
        <w:t>АНТІГОНА&lt;br /&gt;</w:t>
        <w:br/>
        <w:t>Правитель похороном одного з братів&lt;br /&gt;</w:t>
        <w:br/>
        <w:t>Вшановує і відмовляв другому.&lt;br /&gt;</w:t>
        <w:br/>
        <w:t>Прах Етеокла, кажуть, по закону він&lt;br /&gt;</w:t>
        <w:br/>
        <w:t>Віддав могилі і по правді праведній,&lt;br /&gt;</w:t>
        <w:br/>
        <w:t>25] І той між тіней бути удостоєний.&lt;br /&gt;</w:t>
        <w:br/>
        <w:t>Нещасне ж тіло Полініка вбитого&lt;br /&gt;</w:t>
        <w:br/>
        <w:t>Заборонив не тільки поховати він,&lt;br /&gt;</w:t>
        <w:br/>
        <w:t>А навіть не дозволив і оплакати,&lt;br /&gt;</w:t>
        <w:br/>
        <w:t>Щоб без плачу й обряду похоронного&lt;br /&gt;</w:t>
        <w:br/>
        <w:t>30] Став хижим птахам здобиччю солодкою. [121]&lt;br /&gt;</w:t>
        <w:br/>
        <w:t>Так, кажуть, добрий всім оголосив Креонт,-&lt;br /&gt;</w:t>
        <w:br/>
        <w:t>Тобі й мені,— так, і мені, повторюю,&lt;br /&gt;</w:t>
        <w:br/>
        <w:t>І йде сюди оголосити людові,-&lt;br /&gt;</w:t>
        <w:br/>
        <w:t>Хто ще не знає,— щоб не смів порушити&lt;br /&gt;</w:t>
        <w:br/>
        <w:t>35] Ніхто цього наказу, а порушив би,&lt;br /&gt;</w:t>
        <w:br/>
        <w:t>Камінням буде без жалю побитий він.&lt;br /&gt;</w:t>
        <w:br/>
        <w:t>От знаєш все ти й незабаром виявиш —&lt;br /&gt;</w:t>
        <w:br/>
        <w:t>Чи благородна, чи низька душею ти.&lt;br /&gt;</w:t>
        <w:br/>
        <w:t>ІСМЕНА&lt;br /&gt;</w:t>
        <w:br/>
        <w:t>О бідна сестро! Що ж робити? Вузол цей&lt;br /&gt;</w:t>
        <w:br/>
        <w:t>40] Ні розв'язати, ні стягнуть не в силі я.&lt;br /&gt;</w:t>
        <w:br/>
        <w:t>АНТІГОНА&lt;br /&gt;</w:t>
        <w:br/>
        <w:t>Чи згодна ти сприяти й помагать мені?&lt;br /&gt;</w:t>
        <w:br/>
        <w:t>ІСМЕНА&lt;br /&gt;</w:t>
        <w:br/>
        <w:t>Хіба це легко буде? В чому задум твій?&lt;br /&gt;</w:t>
        <w:br/>
        <w:t>АНТІГОНА&lt;br /&gt;</w:t>
        <w:br/>
        <w:t>Чи допоможеш брата поховать мені?&lt;br /&gt;</w:t>
        <w:br/>
        <w:t>ІСМЕНА&lt;br /&gt;</w:t>
        <w:br/>
        <w:t>Як поховать? Та це ж нам заборонено.&lt;br /&gt;</w:t>
        <w:br/>
        <w:t>АНТІГОНА&lt;br /&gt;</w:t>
        <w:br/>
        <w:t>45] Мого й твого — як ти не схочеш — брата я&lt;br /&gt;</w:t>
        <w:br/>
        <w:t>Ховатиму,— йому лишусь я вірною.&lt;br /&gt;</w:t>
        <w:br/>
        <w:t>ІСМЕНА&lt;br /&gt;</w:t>
        <w:br/>
        <w:t>Смілива ж ти. Наперекір Креонтові?&lt;br /&gt;</w:t>
        <w:br/>
        <w:t>АНТІГОНА&lt;br /&gt;</w:t>
        <w:br/>
        <w:t>Мого чуття не може в мене взяти він.&lt;br /&gt;</w:t>
        <w:br/>
        <w:t>ІСМЕНА&lt;br /&gt;</w:t>
        <w:br/>
        <w:t>Ой леле! Ти подумай, сестро, батько наш&lt;br /&gt;</w:t>
        <w:br/>
        <w:t>50] В неславі згинув, усіма зневажений,&lt;br /&gt;</w:t>
        <w:br/>
        <w:t>Свої жахливі виявивши злочини&lt;br /&gt;</w:t>
        <w:br/>
        <w:t>І власноруч два ока в себе вирвавши.&lt;br /&gt;</w:t>
        <w:br/>
        <w:t>А потім мати і дружина — дві в одній —&lt;br /&gt;</w:t>
        <w:br/>
        <w:t>В петлі ганебній свій укоротила вік.&lt;br /&gt;</w:t>
        <w:br/>
        <w:t>55] І трете — нещасливі наші два брати&lt;br /&gt;</w:t>
        <w:br/>
        <w:t>В відвазі самозгубній один одного&lt;br /&gt;</w:t>
        <w:br/>
        <w:t>В єдину мить рукою вбили братньою.&lt;br /&gt;</w:t>
        <w:br/>
        <w:t>Тепер подумай, як, самі лишившись, ми&lt;br /&gt;</w:t>
        <w:br/>
        <w:t>Загинем ще страшніше, не послухавши&lt;br /&gt;</w:t>
        <w:br/>
        <w:t>60] Закону, влади й повеління царського. [122]&lt;br /&gt;</w:t>
        <w:br/>
        <w:t>Зваж те, що ми жінками народилися,&lt;br /&gt;</w:t>
        <w:br/>
        <w:t>І нам з чоловіками не змагатися.&lt;br /&gt;</w:t>
        <w:br/>
        <w:t>Тож завжди коримося ми сильнішому&lt;br /&gt;</w:t>
        <w:br/>
        <w:t>І слухаєм в усьому, навіть в гіршому,&lt;br /&gt;</w:t>
        <w:br/>
        <w:t>65] Отож підземні сили я благатиму&lt;br /&gt;</w:t>
        <w:br/>
        <w:t>Простить, що дію не своєю волею,&lt;br /&gt;</w:t>
        <w:br/>
        <w:t>А владцям мушу підкоритись — марна річ&lt;br /&gt;</w:t>
        <w:br/>
        <w:t>Із тим, що вище сил твоїх, боротися.&lt;br /&gt;</w:t>
        <w:br/>
        <w:t>АНТІГОНА&lt;br /&gt;</w:t>
        <w:br/>
        <w:t>Нічого не прошу я, хоч би й хтіла ти&lt;br /&gt;</w:t>
        <w:br/>
        <w:t>70] Мені допомагати,— все сама зроблю.&lt;br /&gt;</w:t>
        <w:br/>
        <w:t>А ти — як хочеш. Брата поховаю я.&lt;br /&gt;</w:t>
        <w:br/>
        <w:t>Обов'язок здійснивши,— й вмерти солодко.&lt;br /&gt;</w:t>
        <w:br/>
        <w:t>Для нього люба, з любим поруч ляжу я —&lt;br /&gt;</w:t>
        <w:br/>
        <w:t>Безвинно погрішивши. Доведеться-бо&lt;br /&gt;</w:t>
        <w:br/>
        <w:t>75] Годить померлим довше, ніж живим отут.&lt;br /&gt;</w:t>
        <w:br/>
        <w:t>Зостанусь там навіки. Ну, а ти — як хоч —&lt;br /&gt;</w:t>
        <w:br/>
        <w:t>Зневаж закони, що й боги шанують їх.&lt;br /&gt;</w:t>
        <w:br/>
        <w:t>ІСМЕНА&lt;br /&gt;</w:t>
        <w:br/>
        <w:t>Велінь богів ніколи не зневажу я,&lt;br /&gt;</w:t>
        <w:br/>
        <w:t>А й громадянам побоюсь перечити.&lt;br /&gt;</w:t>
        <w:br/>
        <w:t>АНТІГОНА&lt;br /&gt;</w:t>
        <w:br/>
        <w:t>80] Та годі, не виправдуйсь. Я сама піду&lt;br /&gt;</w:t>
        <w:br/>
        <w:t>Надгробок брату любому насипати.&lt;br /&gt;</w:t>
        <w:br/>
        <w:t>ІСМЕНА&lt;br /&gt;</w:t>
        <w:br/>
        <w:t>Нещасна сестро, як страшусь за тебе я.&lt;br /&gt;</w:t>
        <w:br/>
        <w:t>АНТІГОНА&lt;br /&gt;</w:t>
        <w:br/>
        <w:t>Журись не мною, лиш своєю долею.&lt;br /&gt;</w:t>
        <w:br/>
        <w:t>ІСМЕНА&lt;br /&gt;</w:t>
        <w:br/>
        <w:t>Нікому ж не проговорись про задум свій.&lt;br /&gt;</w:t>
        <w:br/>
        <w:t>85] Дотримуй таємниці, й я мовчатиму.&lt;br /&gt;</w:t>
        <w:br/>
        <w:t>АНТІГОНА&lt;br /&gt;</w:t>
        <w:br/>
        <w:t>Ой леле. Йди вже краще й розкажи усім,&lt;br /&gt;</w:t>
        <w:br/>
        <w:t>А змовчиш — будеш тим ще ненависніша.&lt;br /&gt;</w:t>
        <w:br/>
        <w:t>ІСМЕНА&lt;br /&gt;</w:t>
        <w:br/>
        <w:t>Ну й лід же в тебе під душевним полум'ям.&lt;br /&gt;</w:t>
        <w:br/>
        <w:t>АНТІГОНА&lt;br /&gt;</w:t>
        <w:br/>
        <w:t>Годжу, кому й повинна догоджати я. [123]&lt;br /&gt;</w:t>
        <w:br/>
        <w:t>ІСМЕНА&lt;br /&gt;</w:t>
        <w:br/>
        <w:t>90] Якби ж то такі Жадаєш ти незбутнього.&lt;br /&gt;</w:t>
        <w:br/>
        <w:t>АНТІГОНА&lt;br /&gt;</w:t>
        <w:br/>
        <w:t>Хоч упаду й без сили — не спинюся я.&lt;br /&gt;</w:t>
        <w:br/>
        <w:t>ІСМЕНА&lt;br /&gt;</w:t>
        <w:br/>
        <w:t>За безнадійне й братися нема чого.&lt;br /&gt;</w:t>
        <w:br/>
        <w:t>АНТІГОНА&lt;br /&gt;</w:t>
        <w:br/>
        <w:t>Не говори так, бо й мені немилою,&lt;br /&gt;</w:t>
        <w:br/>
        <w:t>Й померлому ти станеш осоружною.&lt;br /&gt;</w:t>
        <w:br/>
        <w:t>95] Хай вже сама з своєю безрозсудністю&lt;br /&gt;</w:t>
        <w:br/>
        <w:t>Той жах я перетерплю. Не страшніше це,&lt;br /&gt;</w:t>
        <w:br/>
        <w:t>Аніж умерти смертю недостойною.&lt;br /&gt;</w:t>
        <w:br/>
        <w:t>І см єн а&lt;br /&gt;</w:t>
        <w:br/>
        <w:t>Іди й роби, як знаєш. Нерозумна ти,&lt;br /&gt;</w:t>
        <w:br/>
        <w:t>Але для близьких зостаєшся близькою.</w:t>
      </w:r>
    </w:p>
    <w:p>
      <w:r>
        <w:br/>
        <w:t>Парод&lt;br /&gt;</w:t>
        <w:br/>
        <w:t>ХОР&lt;br /&gt;</w:t>
        <w:br/>
        <w:t>Строфа 1&lt;br /&gt;</w:t>
        <w:br/>
        <w:t>100] Сонця променю, ще не грав&lt;br /&gt;</w:t>
        <w:br/>
        <w:t>Ти ніколи яскраво так —&lt;br /&gt;</w:t>
        <w:br/>
        <w:t>Світло Фів семибрамних.&lt;br /&gt;</w:t>
        <w:br/>
        <w:t>Зір ясний золотого дня&lt;br /&gt;</w:t>
        <w:br/>
        <w:t>Нам нарешті являєш ти&lt;br /&gt;</w:t>
        <w:br/>
        <w:t>Над потоком Діркейським.&lt;br /&gt;</w:t>
        <w:br/>
        <w:t>Весь у зброї аргівський муж,&lt;br /&gt;</w:t>
        <w:br/>
        <w:t>Що із білим прийшов щитом,&lt;br /&gt;</w:t>
        <w:br/>
        <w:t>Кроком швидким утікав назад,&lt;br /&gt;</w:t>
        <w:br/>
        <w:t>Наче кінь без вудила.&lt;br /&gt;</w:t>
        <w:br/>
        <w:t>110] Він розбоєм у нашу країну прийшов,&lt;br /&gt;</w:t>
        <w:br/>
        <w:t>Полінікових гнівних послухавши слів,&lt;br /&gt;</w:t>
        <w:br/>
        <w:t>І, неначе могутній орел,&lt;br /&gt;</w:t>
        <w:br/>
        <w:t>Він із криком шаленим пронісся по ній,&lt;br /&gt;</w:t>
        <w:br/>
        <w:t>115] Сніжно-білими крилами вкритий увесь,&lt;br /&gt;</w:t>
        <w:br/>
        <w:t>З зброєносною раттю в шоломах,&lt;br /&gt;</w:t>
        <w:br/>
        <w:t>Що їх кінські оздоблюють гриви. [124]&lt;br /&gt;</w:t>
        <w:br/>
        <w:t>Антистрофа 1&lt;br /&gt;</w:t>
        <w:br/>
        <w:t>Він над наші доми злетів.&lt;br /&gt;</w:t>
        <w:br/>
        <w:t>Люттю хижих списів обняв&lt;br /&gt;</w:t>
        <w:br/>
        <w:t>Місто це семибрамне.&lt;br /&gt;</w:t>
        <w:br/>
        <w:t>120] Аде мусив тікати геть —&lt;br /&gt;</w:t>
        <w:br/>
        <w:t>Кров'ю нашою він не впився,&lt;br /&gt;</w:t>
        <w:br/>
        <w:t>Не наситив утроби.&lt;br /&gt;</w:t>
        <w:br/>
        <w:t>Зрубів башт не сягнув вогонь&lt;br /&gt;</w:t>
        <w:br/>
        <w:t>Смолоскипів Гефеста, вчув&lt;br /&gt;</w:t>
        <w:br/>
        <w:t>125] Гомін Ареїв за спиною враг —&lt;br /&gt;</w:t>
        <w:br/>
        <w:t>Нездоланність дракона.&lt;br /&gt;</w:t>
        <w:br/>
        <w:t>Бо хвальків велемовних ненавидить Зевс&lt;br /&gt;</w:t>
        <w:br/>
        <w:t>І, побачивши, як гордовито ідуть&lt;br /&gt;</w:t>
        <w:br/>
        <w:t>Повноводдям бурхливим вони,&lt;br /&gt;</w:t>
        <w:br/>
        <w:t>130] Брязкотіння почувши золочених лат,&lt;br /&gt;</w:t>
        <w:br/>
        <w:t>При самій вже меті, коли мали свою&lt;br /&gt;</w:t>
        <w:br/>
        <w:t>Перемогу вони скликати,&lt;br /&gt;</w:t>
        <w:br/>
        <w:t>Він метнув на них грім-блискавицю.&lt;br /&gt;</w:t>
        <w:br/>
        <w:t>Строфа 2&lt;br /&gt;</w:t>
        <w:br/>
        <w:t>Аж загриміло, як впав і об землю вдаривсь&lt;br /&gt;</w:t>
        <w:br/>
        <w:t>135] Муж вогненосний, що гнівного повен шалу,&lt;br /&gt;</w:t>
        <w:br/>
        <w:t>Злобно кинувсь на нас&lt;br /&gt;</w:t>
        <w:br/>
        <w:t>Диким бурі поривом.&lt;br /&gt;</w:t>
        <w:br/>
        <w:t>Сталось, проте, інакше:&lt;br /&gt;</w:t>
        <w:br/>
        <w:t>Нам допоміг славний Арен&lt;br /&gt;</w:t>
        <w:br/>
        <w:t>І відігнав помахом дужим&lt;br /&gt;</w:t>
        <w:br/>
        <w:t>Військо вороже.&lt;br /&gt;</w:t>
        <w:br/>
        <w:t>Вийшло сім полководців на семеро брам —&lt;br /&gt;</w:t>
        <w:br/>
        <w:t>Переможцеві Зевсу по рівнім бою&lt;br /&gt;</w:t>
        <w:br/>
        <w:t>Поскладали вони свою зброю ясну.&lt;br /&gt;</w:t>
        <w:br/>
        <w:t>Тільки двоє нещасних, що батько один&lt;br /&gt;</w:t>
        <w:br/>
        <w:t>145] І одна породила їх мати, зійшлись,&lt;br /&gt;</w:t>
        <w:br/>
        <w:t>Щоб списів одночасним ударом&lt;br /&gt;</w:t>
        <w:br/>
        <w:t>Один одному смерть заподіять.&lt;br /&gt;</w:t>
        <w:br/>
        <w:t>Антистрофа 2&lt;br /&gt;</w:t>
        <w:br/>
        <w:t>Врешті до нас велеславна прийшла звитяга&lt;br /&gt;</w:t>
        <w:br/>
        <w:t>В Фіви, де гул колісниць бігових лунає,&lt;br /&gt;</w:t>
        <w:br/>
        <w:t>Щоб в імлі забуття&lt;br /&gt;</w:t>
        <w:br/>
        <w:t>Жах війни ми втопили. [125]&lt;br /&gt;</w:t>
        <w:br/>
        <w:t>В храми богів ходімо,&lt;br /&gt;</w:t>
        <w:br/>
        <w:t>Хай цілу ніч в Фівах святих&lt;br /&gt;</w:t>
        <w:br/>
        <w:t>Наш хоровод, ведений Вакхом,&lt;br /&gt;</w:t>
        <w:br/>
        <w:t>Землю стрясає!&lt;br /&gt;</w:t>
        <w:br/>
        <w:t>155] Але гляньте, он син Менекеїв Креонт,&lt;br /&gt;</w:t>
        <w:br/>
        <w:t>Що підданців новітніх новим владарем&lt;br /&gt;</w:t>
        <w:br/>
        <w:t>Став із волі безсмертних, підходить до нас.&lt;br /&gt;</w:t>
        <w:br/>
        <w:t>Із яким же велінням сюди він іде,&lt;br /&gt;</w:t>
        <w:br/>
        <w:t>Розіславши окличників всюди своїх&lt;br /&gt;</w:t>
        <w:br/>
        <w:t>Семибрамного міста старійшин&lt;br /&gt;</w:t>
        <w:br/>
        <w:t>Поскликати на раду народну.</w:t>
      </w:r>
    </w:p>
    <w:p>
      <w:r>
        <w:br/>
        <w:t>Епісодій перший&lt;br /&gt;</w:t>
        <w:br/>
        <w:t>КРЕОНТ&lt;br /&gt;</w:t>
        <w:br/>
        <w:t>Мужі фіванські! Від страшної бурі ми&lt;br /&gt;</w:t>
        <w:br/>
        <w:t>Врятовані — нам відновили мир боги.&lt;br /&gt;</w:t>
        <w:br/>
        <w:t>От і послав я вісників — з вас кожного ,&lt;br /&gt;</w:t>
        <w:br/>
        <w:t>165] Закликать поіменно. Владу Лаєву&lt;br /&gt;</w:t>
        <w:br/>
        <w:t>І трон його державний шанували ви,&lt;br /&gt;</w:t>
        <w:br/>
        <w:t>Так само і Едіпа, що владарив тут;&lt;br /&gt;</w:t>
        <w:br/>
        <w:t>А як загинув батько, то й синам його,&lt;br /&gt;</w:t>
        <w:br/>
        <w:t>Як завжди, серцем залишались вірними.&lt;br /&gt;</w:t>
        <w:br/>
        <w:t>170] Коли ж, побиті смертю обопільною,&lt;br /&gt;</w:t>
        <w:br/>
        <w:t>Убивці й жертви, в день один загинули&lt;br /&gt;</w:t>
        <w:br/>
        <w:t>Обоє братовбивством осквернившися,&lt;br /&gt;</w:t>
        <w:br/>
        <w:t>Державну владу перейняв по праву я,&lt;br /&gt;</w:t>
        <w:br/>
        <w:t>Загиблим бувши якнайближчим родичем.&lt;br /&gt;</w:t>
        <w:br/>
        <w:t>175] Але людину важко розпізнати нам,&lt;br /&gt;</w:t>
        <w:br/>
        <w:t>Її всю душу, і думки, і наміри, .&lt;br /&gt;</w:t>
        <w:br/>
        <w:t>Якщо вона у владі їх не виявить.&lt;br /&gt;</w:t>
        <w:br/>
        <w:t>Тож мислю так я: хто, людьми керуючи,&lt;br /&gt;</w:t>
        <w:br/>
        <w:t>На кращі їх поради не зважатиме,&lt;br /&gt;</w:t>
        <w:br/>
        <w:t>180] Кому уста ганебний острах сковує,&lt;br /&gt;</w:t>
        <w:br/>
        <w:t>Того найгіршим з владарів я визнаю.&lt;br /&gt;</w:t>
        <w:br/>
        <w:t>А хто своїх шанує друзів більше, ніж&lt;br /&gt;</w:t>
        <w:br/>
        <w:t>Вітчизну,— за ніщо того вважаю я,&lt;br /&gt;</w:t>
        <w:br/>
        <w:t>Я сам — хай свідком буде всевидющий Зевс! —&lt;br /&gt;</w:t>
        <w:br/>
        <w:t>185] Мовчать не буду, тільки б небезпеки тінь&lt;br /&gt;</w:t>
        <w:br/>
        <w:t>Для нашого я міста десь побачив би.&lt;br /&gt;</w:t>
        <w:br/>
        <w:t>Ніколи другом я вітчизни ворога&lt;br /&gt;</w:t>
        <w:br/>
        <w:t>Не назову, бо знаю — порятує нас&lt;br /&gt;</w:t>
        <w:br/>
        <w:t>Лише вона, і, пливши тільки цим човном, [126]&lt;br /&gt;</w:t>
        <w:br/>
        <w:t>190] Хороших друзів ми для себе знайдемо,&lt;br /&gt;</w:t>
        <w:br/>
        <w:t>Таким законом возвеличу місто я.&lt;br /&gt;</w:t>
        <w:br/>
        <w:t>А зараз я повинен сповістити вам&lt;br /&gt;</w:t>
        <w:br/>
        <w:t>Про двох братів тих, про синів Едіпових:&lt;br /&gt;</w:t>
        <w:br/>
        <w:t>Я Етеокла, що в бою за місто впав,&lt;br /&gt;</w:t>
        <w:br/>
        <w:t>195] Міць вражу списом подолавши доблесно,&lt;br /&gt;</w:t>
        <w:br/>
        <w:t>З обрядом урочистим поховать звелів,&lt;br /&gt;</w:t>
        <w:br/>
        <w:t>Як личить то героєві славетному.&lt;br /&gt;</w:t>
        <w:br/>
        <w:t>А Полініка, його брата рідного,&lt;br /&gt;</w:t>
        <w:br/>
        <w:t>Що хтів свою вітчизну і богів її&lt;br /&gt;</w:t>
        <w:br/>
        <w:t>200] Умкнувши із вигнання, всю до тла спалить&lt;br /&gt;</w:t>
        <w:br/>
        <w:t>І кров'ю прагнув братньою упитися,&lt;br /&gt;</w:t>
        <w:br/>
        <w:t>А хто лишивсь — у рабство повигонити,-&lt;br /&gt;</w:t>
        <w:br/>
        <w:t>Звелів оголосити всьому місту я —&lt;br /&gt;</w:t>
        <w:br/>
        <w:t>Не вільно ні ховати, ні оплакувать,&lt;br /&gt;</w:t>
        <w:br/>
        <w:t>205] Лише без похорону, на поживу псам&lt;br /&gt;</w:t>
        <w:br/>
        <w:t>І хижим птахам на поталу кинути,&lt;br /&gt;</w:t>
        <w:br/>
        <w:t>Так ухвалив я, і не ждать злочинцеві&lt;br /&gt;</w:t>
        <w:br/>
        <w:t>Такої шани, як і справедливому,&lt;br /&gt;</w:t>
        <w:br/>
        <w:t>Лиш той, хто місту вірний буде й відданий,&lt;br /&gt;</w:t>
        <w:br/>
        <w:t>210] Живий чи мертвий, в нас пошану матиме.&lt;br /&gt;</w:t>
        <w:br/>
        <w:t>ПРОВІДНИК ХОРУ&lt;br /&gt;</w:t>
        <w:br/>
        <w:t>Креонте, Менекеїв сину, визначить&lt;br /&gt;</w:t>
        <w:br/>
        <w:t>Ти владен друзів міста й ворогів його.&lt;br /&gt;</w:t>
        <w:br/>
        <w:t>Закон який завгодно застосовувать&lt;br /&gt;</w:t>
        <w:br/>
        <w:t>Ти й до померлих можеш, і до нас, живих.&lt;br /&gt;</w:t>
        <w:br/>
        <w:t>КРЕОНТ&lt;br /&gt;</w:t>
        <w:br/>
        <w:t>215] То будьте ж ви закону охоронцями.&lt;br /&gt;</w:t>
        <w:br/>
        <w:t>ПРОВІДНИК ХОРУ&lt;br /&gt;</w:t>
        <w:br/>
        <w:t>Є в нас молодші, їм загадуй службу цю.&lt;br /&gt;</w:t>
        <w:br/>
        <w:t>КРЕОНТ&lt;br /&gt;</w:t>
        <w:br/>
        <w:t>Я вже поставив стражів біля мертвого.&lt;br /&gt;</w:t>
        <w:br/>
        <w:t>ПРОВІДНИК ХОРУ&lt;br /&gt;</w:t>
        <w:br/>
        <w:t>То що ж ти нам волієш загадати ще?&lt;br /&gt;</w:t>
        <w:br/>
        <w:t>КРЕОНТ&lt;br /&gt;</w:t>
        <w:br/>
        <w:t>А щоб не потурали ви порушникам.&lt;br /&gt;</w:t>
        <w:br/>
        <w:t>ПРОВІДНИК ХОРУ&lt;br /&gt;</w:t>
        <w:br/>
        <w:t>220] Нема дурних, нікому з нас не мила смерть. [127]&lt;br /&gt;</w:t>
        <w:br/>
        <w:t>КРЕОНТ&lt;br /&gt;</w:t>
        <w:br/>
        <w:t>Це слушна засторога... Багатьох, проте.&lt;br /&gt;</w:t>
        <w:br/>
        <w:t>Корисливі надії погубили вже.&lt;br /&gt;</w:t>
        <w:br/>
        <w:t>Входить Страж.&lt;br /&gt;</w:t>
        <w:br/>
        <w:t>СТРАЖ&lt;br /&gt;</w:t>
        <w:br/>
        <w:t>Признаюсь, володарю, не задихавсь я&lt;br /&gt;</w:t>
        <w:br/>
        <w:t>Від того, що, не чувши ніг, прибіг сюди,-&lt;br /&gt;</w:t>
        <w:br/>
        <w:t>225] Не раз в путі я зупинявсь, вагаючись,&lt;br /&gt;</w:t>
        <w:br/>
        <w:t>Чи то назад не краще повернутися.&lt;br /&gt;</w:t>
        <w:br/>
        <w:t>То так, то так мій розум говорив мені:&lt;br /&gt;</w:t>
        <w:br/>
        <w:t>"Чого, нещасний, поспішать до кари так?&lt;br /&gt;</w:t>
        <w:br/>
        <w:t>Що, бідолашний, дляєшся? Не журишся,&lt;br /&gt;</w:t>
        <w:br/>
        <w:t>230] Що інший хтось все доповість Креонтові?"&lt;br /&gt;</w:t>
        <w:br/>
        <w:t>Отак роздумуючи, брів повільно я,&lt;br /&gt;</w:t>
        <w:br/>
        <w:t>Й коротка путь для мене стала довгою.&lt;br /&gt;</w:t>
        <w:br/>
        <w:t>Та зваживсь я дійти до тебе зрештою,&lt;br /&gt;</w:t>
        <w:br/>
        <w:t>І хоч не легко мовить, я скажу тобі:&lt;br /&gt;</w:t>
        <w:br/>
        <w:t>235] Прийшов із однією я надією —&lt;br /&gt;</w:t>
        <w:br/>
        <w:t>Не потерпіти більше, ніж заслужено.&lt;br /&gt;</w:t>
        <w:br/>
        <w:t>КРЕОНТ&lt;br /&gt;</w:t>
        <w:br/>
        <w:t>Та що ж бо сталось? Чим ти так збентежений?&lt;br /&gt;</w:t>
        <w:br/>
        <w:t>СТРАЖ&lt;br /&gt;</w:t>
        <w:br/>
        <w:t>Сказать про себе хочу спершу: участі&lt;br /&gt;</w:t>
        <w:br/>
        <w:t>Не брав в тій справі, й хто вчинив — не бачив я;&lt;br /&gt;</w:t>
        <w:br/>
        <w:t>240] Було б несправедливо і винить мене.&lt;br /&gt;</w:t>
        <w:br/>
        <w:t>КРЕОНТ&lt;br /&gt;</w:t>
        <w:br/>
        <w:t>Занадто щось себе ти вигороджуєш,-&lt;br /&gt;</w:t>
        <w:br/>
        <w:t>Мабуть, якась важлива новина ота.&lt;br /&gt;</w:t>
        <w:br/>
        <w:t>СТРАЖ&lt;br /&gt;</w:t>
        <w:br/>
        <w:t>Така, що я боюся і промовити.&lt;br /&gt;</w:t>
        <w:br/>
        <w:t>КРЕОНТ&lt;br /&gt;</w:t>
        <w:br/>
        <w:t>Мерщій розказуй, і тоді іди собі.&lt;br /&gt;</w:t>
        <w:br/>
        <w:t>СТРАЖ&lt;br /&gt;</w:t>
        <w:br/>
        <w:t>245] Усе скажу. Хтось над померлим виконав&lt;br /&gt;</w:t>
        <w:br/>
        <w:t>Обряди похоронні й сам утік кудись,&lt;br /&gt;</w:t>
        <w:br/>
        <w:t>Сухого пилу залишивши слід на нім.&lt;br /&gt;</w:t>
        <w:br/>
        <w:t>КРЕОНТ&lt;br /&gt;</w:t>
        <w:br/>
        <w:t>Що кажеш ти? Хто з громадян посмів таке? [128]&lt;br /&gt;</w:t>
        <w:br/>
        <w:t>СТРАЖ&lt;br /&gt;</w:t>
        <w:br/>
        <w:t>Не знаю. Ні сокири там, ні заступа&lt;br /&gt;</w:t>
        <w:br/>
        <w:t>250] Знаків не видно, лиш твердий та голий грунт,&lt;br /&gt;</w:t>
        <w:br/>
        <w:t>Пі колії від возового колеса&lt;br /&gt;</w:t>
        <w:br/>
        <w:t>Немає там,— так винний десь безслідно зник.&lt;br /&gt;</w:t>
        <w:br/>
        <w:t>Лиш денний страж нам перший указав на це,&lt;br /&gt;</w:t>
        <w:br/>
        <w:t>І всі були страшенно ми здивовані.&lt;br /&gt;</w:t>
        <w:br/>
        <w:t>255] Хоч видно труп, був не цілком заритий він,&lt;br /&gt;</w:t>
        <w:br/>
        <w:t>Від скверни тільки пилом був посипаний,&lt;br /&gt;</w:t>
        <w:br/>
        <w:t>Та ні від псів, ані від звіра дикого,&lt;br /&gt;</w:t>
        <w:br/>
        <w:t>Які терзали б тіло, ані сліду там.&lt;br /&gt;</w:t>
        <w:br/>
        <w:t>І почали ми між собою лаятись,&lt;br /&gt;</w:t>
        <w:br/>
        <w:t>260] Страж стража винуватив, не було кому&lt;br /&gt;</w:t>
        <w:br/>
        <w:t>Спинить нас, хоч до бійки наближалося,&lt;br /&gt;</w:t>
        <w:br/>
        <w:t>Бо кожен, очевидно, не безвинний був,&lt;br /&gt;</w:t>
        <w:br/>
        <w:t>Але не признавались, одмовлялися,&lt;br /&gt;</w:t>
        <w:br/>
        <w:t>Готові й крицю в руки взять розпечену,&lt;br /&gt;</w:t>
        <w:br/>
        <w:t>265] Й в огонь іти, й богами поклястись всіма,&lt;br /&gt;</w:t>
        <w:br/>
        <w:t>Що ми про це не знали і не відали,&lt;br /&gt;</w:t>
        <w:br/>
        <w:t>Й ні помислом, ні ділом не замішані,&lt;br /&gt;</w:t>
        <w:br/>
        <w:t>Але не дошукались ні до чого ми,&lt;br /&gt;</w:t>
        <w:br/>
        <w:t>Й один сказав нарешті — і від страху всі&lt;br /&gt;</w:t>
        <w:br/>
        <w:t>270] Поникли головами, ні перечити&lt;br /&gt;</w:t>
        <w:br/>
        <w:t>Ніхто не міг, ні певне щось порадити,&lt;br /&gt;</w:t>
        <w:br/>
        <w:t>Як краще діять. Слід одверто — мовив він —&lt;br /&gt;</w:t>
        <w:br/>
        <w:t>Про все тобі доповісти, не криючись,&lt;br /&gt;</w:t>
        <w:br/>
        <w:t>На це пристали, і мене, бездольного,&lt;br /&gt;</w:t>
        <w:br/>
        <w:t>275] Твою прийняти ласку жеребок послав.&lt;br /&gt;</w:t>
        <w:br/>
        <w:t>Я розумію, що прийшов некликаний,-&lt;br /&gt;</w:t>
        <w:br/>
        <w:t>Не любі нам з лихою вістю вісники.&lt;br /&gt;</w:t>
        <w:br/>
        <w:t>ПРОВІДНИК ХОРУ&lt;br /&gt;</w:t>
        <w:br/>
        <w:t>Давно, державче, у думках плелось мені —&lt;br /&gt;</w:t>
        <w:br/>
        <w:t>Чи не боги то, справді, учинили це?&lt;br /&gt;</w:t>
        <w:br/>
        <w:t>КРЕОНТ&lt;br /&gt;</w:t>
        <w:br/>
        <w:t>280] Замовкни, щоби гніву я не сповнився.&lt;br /&gt;</w:t>
        <w:br/>
        <w:t>Чи ти під старість не позбувся розуму?&lt;br /&gt;</w:t>
        <w:br/>
        <w:t>Та ти ж говориш просто нісенітницю:&lt;br /&gt;</w:t>
        <w:br/>
        <w:t>Хіба боги вже й мертвими піклуються?&lt;br /&gt;</w:t>
        <w:br/>
        <w:t>Хто ж може шанувать як благодійника&lt;br /&gt;</w:t>
        <w:br/>
        <w:t>285] Того, хто йшов, щоб храми з колонадами&lt;br /&gt;</w:t>
        <w:br/>
        <w:t>Вогнем палити, грабувать скарбниці їх,&lt;br /&gt;</w:t>
        <w:br/>
        <w:t>Усю країну і закони нищити? [129]&lt;br /&gt;</w:t>
        <w:br/>
        <w:t>Хіба боги шанують вже й лихих людей?&lt;br /&gt;</w:t>
        <w:br/>
        <w:t>Не може бути. Хоч між громадянами&lt;br /&gt;</w:t>
        <w:br/>
        <w:t>290] Давно на мене дехто нарікає вже,&lt;br /&gt;</w:t>
        <w:br/>
        <w:t>Чолом киває потай, не бажаючи&lt;br /&gt;</w:t>
        <w:br/>
        <w:t>Схилить покірно шию під ярмо свою.&lt;br /&gt;</w:t>
        <w:br/>
        <w:t>Цілком я певен, стражів цих не інший хто&lt;br /&gt;</w:t>
        <w:br/>
        <w:t>Підбив за мзду хорошу учинити це.&lt;br /&gt;</w:t>
        <w:br/>
        <w:t>295] Немає для людини лиха гіршого&lt;br /&gt;</w:t>
        <w:br/>
        <w:t>За гроші срібні. Знищують міста вони&lt;br /&gt;</w:t>
        <w:br/>
        <w:t>І громадян вигонять із домівок їх;&lt;br /&gt;</w:t>
        <w:br/>
        <w:t>Вчать добрі мислі підмінять лукавими&lt;br /&gt;</w:t>
        <w:br/>
        <w:t>І чесний люд до вчинків тягнуть пагубних;&lt;br /&gt;</w:t>
        <w:br/>
        <w:t>300] Підказують, як учиняти підступи,&lt;br /&gt;</w:t>
        <w:br/>
        <w:t>Як злочинів безбожних не соромитись.&lt;br /&gt;</w:t>
        <w:br/>
        <w:t>А ті, кого на справу цю підкуплено,&lt;br /&gt;</w:t>
        <w:br/>
        <w:t>Свою в свій час винагороду матимуть.&lt;br /&gt;</w:t>
        <w:br/>
        <w:t>І якщо правда, що шаную Зевса я,&lt;br /&gt;</w:t>
        <w:br/>
        <w:t>305] А сам ти бачиш — привселюдна клятва це —&lt;br /&gt;</w:t>
        <w:br/>
        <w:t>Як в похороні винного не знайдете&lt;br /&gt;</w:t>
        <w:br/>
        <w:t>Й мені тут перед очі не поставите,&lt;br /&gt;</w:t>
        <w:br/>
        <w:t>Вам смерті буде мало, вас живими я&lt;br /&gt;</w:t>
        <w:br/>
        <w:t>Повішу, тільки б те зухвальство викрити.&lt;br /&gt;</w:t>
        <w:br/>
        <w:t>310] Тоді дізнаєтеся, де вам вигоди&lt;br /&gt;</w:t>
        <w:br/>
        <w:t>Шукать, збагнете і запам'ятаєте,&lt;br /&gt;</w:t>
        <w:br/>
        <w:t>Що й вигода не всяка йде на користь нам&lt;br /&gt;</w:t>
        <w:br/>
        <w:t>І що із заробітками нечесними&lt;br /&gt;</w:t>
        <w:br/>
        <w:t>Не стільки нам прибутку, скільки пагуби.&lt;br /&gt;</w:t>
        <w:br/>
        <w:t>СТРАЖ&lt;br /&gt;</w:t>
        <w:br/>
        <w:t>315] Дозволь сказать? Чи так іти звелиш мені?&lt;br /&gt;</w:t>
        <w:br/>
        <w:t>КРЕОНТ&lt;br /&gt;</w:t>
        <w:br/>
        <w:t>А знаєш ти, як гірко все це слухати?&lt;br /&gt;</w:t>
        <w:br/>
        <w:t>СТРАЖ&lt;br /&gt;</w:t>
        <w:br/>
        <w:t>Що ж — слух твій я чи душу засмутив тобі?&lt;br /&gt;</w:t>
        <w:br/>
        <w:t>КРЕОНТ&lt;br /&gt;</w:t>
        <w:br/>
        <w:t>Ти ще шукати хочеш, де болить мені?&lt;br /&gt;</w:t>
        <w:br/>
        <w:t>СТРАЖ&lt;br /&gt;</w:t>
        <w:br/>
        <w:t>Злочинець серце вразив, я — лиш слух тобі.&lt;br /&gt;</w:t>
        <w:br/>
        <w:t>КРЕОНТ&lt;br /&gt;</w:t>
        <w:br/>
        <w:t>320] Вродивсь, я бачу, надто балакучий ти. [130]&lt;br /&gt;</w:t>
        <w:br/>
        <w:t>СТРАЖ&lt;br /&gt;</w:t>
        <w:br/>
        <w:t>Та злочину я не вчиняв ніякого.&lt;br /&gt;</w:t>
        <w:br/>
        <w:t>КРЕОНТ&lt;br /&gt;</w:t>
        <w:br/>
        <w:t>Якби ж то ні,— продав за срібло совість ти.&lt;br /&gt;</w:t>
        <w:br/>
        <w:t>СТРАЖ&lt;br /&gt;</w:t>
        <w:br/>
        <w:t>Ой леле!&lt;br /&gt;</w:t>
        <w:br/>
        <w:t>Зле, коли правди в самого судді нема.&lt;br /&gt;</w:t>
        <w:br/>
        <w:t>КРЕОНТ&lt;br /&gt;</w:t>
        <w:br/>
        <w:t>Глузуєш з правди. Але знай, як винного&lt;br /&gt;</w:t>
        <w:br/>
        <w:t>325] Сюди не приведете ви, то впевнитесь,&lt;br /&gt;</w:t>
        <w:br/>
        <w:t>Що ці прибутки ваші — то велике зло.&lt;br /&gt;</w:t>
        <w:br/>
        <w:t>СТРАЖ&lt;br /&gt;</w:t>
        <w:br/>
        <w:t>(про себе)&lt;br /&gt;</w:t>
        <w:br/>
        <w:t>Вже краще б він знайшовся. А чи знайдеться,&lt;br /&gt;</w:t>
        <w:br/>
        <w:t>Чи ні — то це розсудить тільки випадок. .&lt;br /&gt;</w:t>
        <w:br/>
        <w:t>Ні, тут мене вже більше не побачиш ти.&lt;br /&gt;</w:t>
        <w:br/>
        <w:t>330] Понад надію всяку врятувався я&lt;br /&gt;</w:t>
        <w:br/>
        <w:t>Від лиха, і богам повинен дякувать.</w:t>
      </w:r>
    </w:p>
    <w:p>
      <w:r>
        <w:br/>
        <w:t>Стасим перший&lt;br /&gt;</w:t>
        <w:br/>
        <w:t>ХОР&lt;br /&gt;</w:t>
        <w:br/>
        <w:t>Строфа 1&lt;br /&gt;</w:t>
        <w:br/>
        <w:t>Дивних багато в світі див,&lt;br /&gt;</w:t>
        <w:br/>
        <w:t>Найдивніше із них — людина,&lt;br /&gt;</w:t>
        <w:br/>
        <w:t>Вітер льодом січе, вона ж&lt;br /&gt;</w:t>
        <w:br/>
        <w:t>335] Дальшу в морі верстає путь —&lt;br /&gt;</w:t>
        <w:br/>
        <w:t>Хай сива хвиля бушує,&lt;br /&gt;</w:t>
        <w:br/>
        <w:t>А човен пливе вдаль,&lt;br /&gt;</w:t>
        <w:br/>
        <w:t>Уславлену в богинях Землю,&lt;br /&gt;</w:t>
        <w:br/>
        <w:t>Вічно й невтомно родючу, виснажує,&lt;br /&gt;</w:t>
        <w:br/>
        <w:t>340] Плугом щороку в ній борозни орючи&lt;br /&gt;</w:t>
        <w:br/>
        <w:t>Із конем своїм, людина.&lt;br /&gt;</w:t>
        <w:br/>
        <w:t>Антистрофа 1&lt;br /&gt;</w:t>
        <w:br/>
        <w:t>Птиць безтурботні зграї й риб,&lt;br /&gt;</w:t>
        <w:br/>
        <w:t>Що живуть у морських глибинах,&lt;br /&gt;</w:t>
        <w:br/>
        <w:t>Звірів диких з гущин лісних [131]&lt;br /&gt;</w:t>
        <w:br/>
        <w:t>345] В пастку й оплетену вправно сіть&lt;br /&gt;</w:t>
        <w:br/>
        <w:t>Розумна ловить людина&lt;br /&gt;</w:t>
        <w:br/>
        <w:t>Й собі скоряє їх.&lt;br /&gt;</w:t>
        <w:br/>
        <w:t>В полях і в горах звірів ловить,&lt;br /&gt;</w:t>
        <w:br/>
        <w:t>Хитрим знаряддям їх перемагаючи,&lt;br /&gt;</w:t>
        <w:br/>
        <w:t>350] І запрягає коня довгогривого&lt;br /&gt;</w:t>
        <w:br/>
        <w:t>І бика в ярмо заводить.&lt;br /&gt;</w:t>
        <w:br/>
        <w:t>Строфа 2&lt;br /&gt;</w:t>
        <w:br/>
        <w:t>І мислей, як вітер швидких,&lt;br /&gt;</w:t>
        <w:br/>
        <w:t>І мови навчивсь чоловік,&lt;br /&gt;</w:t>
        <w:br/>
        <w:t>355] Звичаїв громадських пильнує здавна;&lt;br /&gt;</w:t>
        <w:br/>
        <w:t>Від лютих стуж, буйних злив&lt;br /&gt;</w:t>
        <w:br/>
        <w:t>Знайшов міцний захист він,&lt;br /&gt;</w:t>
        <w:br/>
        <w:t>Благодольний.&lt;br /&gt;</w:t>
        <w:br/>
        <w:t>Бездольним не буде той, хто сам&lt;br /&gt;</w:t>
        <w:br/>
        <w:t>360] Майбутню путь ясно зрить,-&lt;br /&gt;</w:t>
        <w:br/>
        <w:t>Нездоланна смерть одна,&lt;br /&gt;</w:t>
        <w:br/>
        <w:t>А біль хвороб, тягар знегод — не страшні нам.&lt;br /&gt;</w:t>
        <w:br/>
        <w:t>Антистрофа 2&lt;br /&gt;</w:t>
        <w:br/>
        <w:t>Є витвори мудрі в людей —&lt;br /&gt;</w:t>
        <w:br/>
        <w:t>365] Ясніші від світлих надій,&lt;br /&gt;</w:t>
        <w:br/>
        <w:t>Та часто біди від них більш, як блага;&lt;br /&gt;</w:t>
        <w:br/>
        <w:t>Хто в шані мав клятви міць,&lt;br /&gt;</w:t>
        <w:br/>
        <w:t>Батьків закон, гнів богів,&lt;br /&gt;</w:t>
        <w:br/>
        <w:t>370] Той — преславний.&lt;br /&gt;</w:t>
        <w:br/>
        <w:t>Безславним хай буде, хто посмів&lt;br /&gt;</w:t>
        <w:br/>
        <w:t>На кривдну путь серцем стать —&lt;br /&gt;</w:t>
        <w:br/>
        <w:t>Щастя не знайти йому,&lt;br /&gt;</w:t>
        <w:br/>
        <w:t>375] Й ні в домі гість, ні друг мені він не буде.&lt;br /&gt;</w:t>
        <w:br/>
        <w:t>Чи безсмертних то знак? Я повірить боюсь,&lt;br /&gt;</w:t>
        <w:br/>
        <w:t>Та її пізнаю, і чи можу сказать,&lt;br /&gt;</w:t>
        <w:br/>
        <w:t>Що вона — не дитя Антігона?&lt;br /&gt;</w:t>
        <w:br/>
        <w:t>Ой нещасна-бо ти —&lt;br /&gt;</w:t>
        <w:br/>
        <w:t>380] О Едіпа, нещасного батька, дочка!&lt;br /&gt;</w:t>
        <w:br/>
        <w:t>Що з тобою, скажи? В чім винують тебе?&lt;br /&gt;</w:t>
        <w:br/>
        <w:t>І невже-бо ти царські закони&lt;br /&gt;</w:t>
        <w:br/>
        <w:t>Так безумно посміла порушить?&lt;br /&gt;</w:t>
        <w:br/>
        <w:t>Входить Страж з Антігоною. [132]</w:t>
      </w:r>
    </w:p>
    <w:p>
      <w:r>
        <w:br/>
        <w:t>Епісодій другий&lt;br /&gt;</w:t>
        <w:br/>
        <w:t>СТРАЖ&lt;br /&gt;</w:t>
        <w:br/>
        <w:t>Ось та, що злочин учинить насмілилась&lt;br /&gt;</w:t>
        <w:br/>
        <w:t>385] І мертве тіло поховала. Де ж Креонт?&lt;br /&gt;</w:t>
        <w:br/>
        <w:t>ПРОВІДНИК ХОРУ&lt;br /&gt;</w:t>
        <w:br/>
        <w:t>От і до речі вийшов з свого дому від.&lt;br /&gt;</w:t>
        <w:br/>
        <w:t>КРЕОНТ&lt;br /&gt;</w:t>
        <w:br/>
        <w:t>Що сталось? І чому до речі вийшов я?&lt;br /&gt;</w:t>
        <w:br/>
        <w:t>СТРАЖ&lt;br /&gt;</w:t>
        <w:br/>
        <w:t>Не слід, державче, зарікатись смертному,&lt;br /&gt;</w:t>
        <w:br/>
        <w:t>Щоб клятва та не виявилась хибною.&lt;br /&gt;</w:t>
        <w:br/>
        <w:t>390] От клявся ж я до тебе не вертатися,&lt;br /&gt;</w:t>
        <w:br/>
        <w:t>Погроз твоїх злякавшись, але кращою&lt;br /&gt;</w:t>
        <w:br/>
        <w:t>За втіхи всі є радість несподівана.&lt;br /&gt;</w:t>
        <w:br/>
        <w:t>І от я знов тут, хоч і зарікавсь тоді,&lt;br /&gt;</w:t>
        <w:br/>
        <w:t>І дівчину, що учинила похорон,&lt;br /&gt;</w:t>
        <w:br/>
        <w:t>395] Привів сюди. Не треба й жереб кидати —&lt;br /&gt;</w:t>
        <w:br/>
        <w:t>Не інший хто, а тільки я застав її.&lt;br /&gt;</w:t>
        <w:br/>
        <w:t>Тепер, державче, як захочеш, сам суди&lt;br /&gt;</w:t>
        <w:br/>
        <w:t>На злочині упійману, мене ж звільни&lt;br /&gt;</w:t>
        <w:br/>
        <w:t>400] Від кари,— бачиш, я не заслужив її.&lt;br /&gt;</w:t>
        <w:br/>
        <w:t>КРЕОНТ&lt;br /&gt;</w:t>
        <w:br/>
        <w:t>Яким же чином, де її захоплено?&lt;br /&gt;</w:t>
        <w:br/>
        <w:t>СТРАЖ&lt;br /&gt;</w:t>
        <w:br/>
        <w:t>Вона ховала тіло,— от і все тобі.&lt;br /&gt;</w:t>
        <w:br/>
        <w:t>КРЕОНТ&lt;br /&gt;</w:t>
        <w:br/>
        <w:t>Чи сам хоч тямиш добре, що говориш ти?&lt;br /&gt;</w:t>
        <w:br/>
        <w:t>СТРАЖ&lt;br /&gt;</w:t>
        <w:br/>
        <w:t>Па власні очі бачив, як покійника&lt;br /&gt;</w:t>
        <w:br/>
        <w:t>405] Вона ховала,— чи не ясно мовлю я?&lt;br /&gt;</w:t>
        <w:br/>
        <w:t>КРЕОНТ&lt;br /&gt;</w:t>
        <w:br/>
        <w:t>Та як же ти побачив, де застав її?&lt;br /&gt;</w:t>
        <w:br/>
        <w:t>СТРАЖ&lt;br /&gt;</w:t>
        <w:br/>
        <w:t>Не так було. Коли вернувсь на варту я&lt;br /&gt;</w:t>
        <w:br/>
        <w:t>І розповів, як страшно ти загрожуєш,&lt;br /&gt;</w:t>
        <w:br/>
        <w:t>омели ми пил, який вкривав померлого, [133]&lt;br /&gt;</w:t>
        <w:br/>
        <w:t>410] Відкрили труп, що починає гнити вже,&lt;br /&gt;</w:t>
        <w:br/>
        <w:t>І так на ближнім посідали пагорку,&lt;br /&gt;</w:t>
        <w:br/>
        <w:t>Щоб з вітром смороду на нас не віяло.&lt;br /&gt;</w:t>
        <w:br/>
        <w:t>А засинав хто, то один ми одного&lt;br /&gt;</w:t>
        <w:br/>
        <w:t>Міцною підбадьорювали лайкою.&lt;br /&gt;</w:t>
        <w:br/>
        <w:t>415] Так час минав, аж поки в небі чистому&lt;br /&gt;</w:t>
        <w:br/>
        <w:t>Вогнистим колом сонце не розжеврілось&lt;br /&gt;</w:t>
        <w:br/>
        <w:t>І припікати стало. Раптом вихор знявсь,&lt;br /&gt;</w:t>
        <w:br/>
        <w:t>Напастю небо й землю обіймаючи,&lt;br /&gt;</w:t>
        <w:br/>
        <w:t>Вкрив млою поле, листя позривав з дерев,&lt;br /&gt;</w:t>
        <w:br/>
        <w:t>420] Повітря сповнив пилом. Очі мружачи,&lt;br /&gt;</w:t>
        <w:br/>
        <w:t>Ми довго ждали, поки божий стихне гнів.&lt;br /&gt;</w:t>
        <w:br/>
        <w:t>Коли все заспокоїлось, побачили&lt;br /&gt;</w:t>
        <w:br/>
        <w:t>Ми дівчину — стогнала й гірко плакала&lt;br /&gt;</w:t>
        <w:br/>
        <w:t>Вона, мов пташка, що знайшла гніздо своє&lt;br /&gt;</w:t>
        <w:br/>
        <w:t>425] Порожнім і постіль осиротілою.&lt;br /&gt;</w:t>
        <w:br/>
        <w:t>Схилившися над тілом непохованим,&lt;br /&gt;</w:t>
        <w:br/>
        <w:t>Вона ридала тужно, проклинаючи&lt;br /&gt;</w:t>
        <w:br/>
        <w:t>Усіх, що так із мертвого знущалися.&lt;br /&gt;</w:t>
        <w:br/>
        <w:t>І от, сухого взявши пилу в пригорщі&lt;br /&gt;</w:t>
        <w:br/>
        <w:t>430] І міднокутии глечик знявши високо,&lt;br /&gt;</w:t>
        <w:br/>
        <w:t>Трикратним узливанням труп вшановує.&lt;br /&gt;</w:t>
        <w:br/>
        <w:t>Ми кинулись до дівчини й затримали,&lt;br /&gt;</w:t>
        <w:br/>
        <w:t>Але вона нітрохи не злякалася.&lt;br /&gt;</w:t>
        <w:br/>
        <w:t>Про цей і попередній злочин ми її&lt;br /&gt;</w:t>
        <w:br/>
        <w:t>435] Допитуєм — вона не відмовляється.&lt;br /&gt;</w:t>
        <w:br/>
        <w:t>Мені ж і гірко стало й разом солодко:&lt;br /&gt;</w:t>
        <w:br/>
        <w:t>Що сам я зможу лиха вже уникнути —&lt;br /&gt;</w:t>
        <w:br/>
        <w:t>Приємно, а комусь біду накликати —&lt;br /&gt;</w:t>
        <w:br/>
        <w:t>Це прикро. Та звичайно, лихо іншого&lt;br /&gt;</w:t>
        <w:br/>
        <w:t>440] Не так мене обходить, як рятунок мій.&lt;br /&gt;</w:t>
        <w:br/>
        <w:t>КРЕОНТ&lt;br /&gt;</w:t>
        <w:br/>
        <w:t>Ти що так низько похилила голову,&lt;br /&gt;</w:t>
        <w:br/>
        <w:t>Чи признаєш провину, чи зрікаєшся?&lt;br /&gt;</w:t>
        <w:br/>
        <w:t>АНТІГОНА&lt;br /&gt;</w:t>
        <w:br/>
        <w:t>Нічого не перечу — я зробила це.&lt;br /&gt;</w:t>
        <w:br/>
        <w:t>КРЕОНТ&lt;br /&gt;</w:t>
        <w:br/>
        <w:t>(до стража)&lt;br /&gt;</w:t>
        <w:br/>
        <w:t>Ну що ж, ти можеш куди хоч іти собі —&lt;br /&gt;</w:t>
        <w:br/>
        <w:t>445] Тепер ти вільний від обвинувачення. [134]&lt;br /&gt;</w:t>
        <w:br/>
        <w:t>(До Антігони).&lt;br /&gt;</w:t>
        <w:br/>
        <w:t>А ти — пряму й коротку дай нам відповідь.&lt;br /&gt;</w:t>
        <w:br/>
        <w:t>Ти знала, що робить це заборонено?&lt;br /&gt;</w:t>
        <w:br/>
        <w:t>АНТІГОНА&lt;br /&gt;</w:t>
        <w:br/>
        <w:t>Так... Як не знати? Скрізь це оголошено.&lt;br /&gt;</w:t>
        <w:br/>
        <w:t>КРЕОНТ&lt;br /&gt;</w:t>
        <w:br/>
        <w:t>І все ж наказ переступить посміла ти?&lt;br /&gt;</w:t>
        <w:br/>
        <w:t>АНТІГОНА&lt;br /&gt;</w:t>
        <w:br/>
        <w:t>450] Його ж не Зевс з Олімпу сповістив мені,&lt;br /&gt;</w:t>
        <w:br/>
        <w:t>І не богів підземних правда вічная,&lt;br /&gt;</w:t>
        <w:br/>
        <w:t>Що всі закони людям установлює.&lt;br /&gt;</w:t>
        <w:br/>
        <w:t>Не знала я, що смертних розпорядження&lt;br /&gt;</w:t>
        <w:br/>
        <w:t>Такі могутні, щоб переступать могли&lt;br /&gt;</w:t>
        <w:br/>
        <w:t>455] Богів закон одвічний, хоч не писаний.&lt;br /&gt;</w:t>
        <w:br/>
        <w:t>Його не вчора, не сьогодні створено,&lt;br /&gt;</w:t>
        <w:br/>
        <w:t>Коли з'явивсь він — вже ніхто не відає.&lt;br /&gt;</w:t>
        <w:br/>
        <w:t>Не хтіла я, людських велінь страхаючись,&lt;br /&gt;</w:t>
        <w:br/>
        <w:t>Відповідати потім перед вічними&lt;br /&gt;</w:t>
        <w:br/>
        <w:t>460] Богами. Що умру, хіба не знаю я&lt;br /&gt;</w:t>
        <w:br/>
        <w:t>І без твоїх наказів? А раніш часу&lt;br /&gt;</w:t>
        <w:br/>
        <w:t>Умерти — це за благо я вважатиму.&lt;br /&gt;</w:t>
        <w:br/>
        <w:t>Тому, для кого в смутку безнастанному&lt;br /&gt;</w:t>
        <w:br/>
        <w:t>Усе життя минає, чи не благо — смерть?&lt;br /&gt;</w:t>
        <w:br/>
        <w:t>465] Тож я й для себе не вбачаю в долі цій&lt;br /&gt;</w:t>
        <w:br/>
        <w:t>Сумного. От коли б я сина матері&lt;br /&gt;</w:t>
        <w:br/>
        <w:t>Моєї залишила непохованим,&lt;br /&gt;</w:t>
        <w:br/>
        <w:t>Було б сумніше. Смертю ж не журюся я.&lt;br /&gt;</w:t>
        <w:br/>
        <w:t>А як назвеш дурною, то скажу тобі —&lt;br /&gt;</w:t>
        <w:br/>
        <w:t>470] Чи не дурний мене винує в дурості.&lt;br /&gt;</w:t>
        <w:br/>
        <w:t>ПРОВІДНИК ХОРУ&lt;br /&gt;</w:t>
        <w:br/>
        <w:t>Завзята, видно, донька, як і батько був&lt;br /&gt;</w:t>
        <w:br/>
        <w:t>Завзятий духом,— лихо не страшить її.&lt;br /&gt;</w:t>
        <w:br/>
        <w:t>КРЕОНТ&lt;br /&gt;</w:t>
        <w:br/>
        <w:t>Та знай, проте,— хто найтвердіший вдачею,&lt;br /&gt;</w:t>
        <w:br/>
        <w:t>Той падає раніше, найміцнішу сталь,&lt;br /&gt;</w:t>
        <w:br/>
        <w:t>475] В горнилі вогняному загартовану,&lt;br /&gt;</w:t>
        <w:br/>
        <w:t>І розламати можна, і розбити вщент.&lt;br /&gt;</w:t>
        <w:br/>
        <w:t>Відомо й те — коневі норовистому&lt;br /&gt;</w:t>
        <w:br/>
        <w:t>Гамує шал мала вузда. Хто в рабському&lt;br /&gt;</w:t>
        <w:br/>
        <w:t>Ярмі, тому нема чим величатися. [135]&lt;br /&gt;</w:t>
        <w:br/>
        <w:t>480] Вона себе явила й тим зухвалого,&lt;br /&gt;</w:t>
        <w:br/>
        <w:t>Що мій наказ переступити зважилась.&lt;br /&gt;</w:t>
        <w:br/>
        <w:t>Зухвальство ж друге, додане до першого,-&lt;br /&gt;</w:t>
        <w:br/>
        <w:t>Цим хвастати і в вічі нам сміятися.&lt;br /&gt;</w:t>
        <w:br/>
        <w:t>Не я — вона була б тоді мужчиною,&lt;br /&gt;</w:t>
        <w:br/>
        <w:t>485] Якби сваволя дурно їй минулася.&lt;br /&gt;</w:t>
        <w:br/>
        <w:t>Хай це й дочка сестри моєї рідної,&lt;br /&gt;</w:t>
        <w:br/>
        <w:t>Всіх ближча при родиннім Зевса вогнищі,&lt;br /&gt;</w:t>
        <w:br/>
        <w:t>Ні їй тяжкої кари не уникнути,&lt;br /&gt;</w:t>
        <w:br/>
        <w:t>Ані сестрі її. Адже однаково&lt;br /&gt;</w:t>
        <w:br/>
        <w:t>490] Обидві похованням завинили тим.&lt;br /&gt;</w:t>
        <w:br/>
        <w:t>Позвіть Ісмену. В домі щойно бачив я,&lt;br /&gt;</w:t>
        <w:br/>
        <w:t>Вона, мов божевільна, у нестямі вся.&lt;br /&gt;</w:t>
        <w:br/>
        <w:t>Хоч злодій і ховає в пітьмі задум свій,&lt;br /&gt;</w:t>
        <w:br/>
        <w:t>Та сам себе вже власним серцем викрив він.&lt;br /&gt;</w:t>
        <w:br/>
        <w:t>495] Але найгірш, як, на гарячім впійманий,&lt;br /&gt;</w:t>
        <w:br/>
        <w:t>Свою провину пнеться ще й прикрасити.&lt;br /&gt;</w:t>
        <w:br/>
        <w:t>АНТІГОНА&lt;br /&gt;</w:t>
        <w:br/>
        <w:t>Убий мене. Чого ж ти хочеш більшого?&lt;br /&gt;</w:t>
        <w:br/>
        <w:t>КРЕОНТ&lt;br /&gt;</w:t>
        <w:br/>
        <w:t>Нічого більше, досить і цього мені.&lt;br /&gt;</w:t>
        <w:br/>
        <w:t>АНТІГОНА&lt;br /&gt;</w:t>
        <w:br/>
        <w:t>Чого ж спинився? Як мені слова твої&lt;br /&gt;</w:t>
        <w:br/>
        <w:t>500] Не милі, і не стануть вже милішими,&lt;br /&gt;</w:t>
        <w:br/>
        <w:t>Так і тобі не до вподоби вчинок мій.&lt;br /&gt;</w:t>
        <w:br/>
        <w:t>Чи то ж мені ще треба слави вищої,&lt;br /&gt;</w:t>
        <w:br/>
        <w:t>Ніж свого брата поховати рідного?&lt;br /&gt;</w:t>
        <w:br/>
        <w:t>І всі б мене схвалили, знаю добре я,&lt;br /&gt;</w:t>
        <w:br/>
        <w:t>505] Якби їм острах язика не сковував.&lt;br /&gt;</w:t>
        <w:br/>
        <w:t>Чи не найкраще з багатьох царевих прав —&lt;br /&gt;</w:t>
        <w:br/>
        <w:t>Лиш те, що хочеш, говорити й діяти.&lt;br /&gt;</w:t>
        <w:br/>
        <w:t>КРЕОНТ&lt;br /&gt;</w:t>
        <w:br/>
        <w:t>З усіх кадмейців ти одна так думаєш.&lt;br /&gt;</w:t>
        <w:br/>
        <w:t>АНТІГОНА&lt;br /&gt;</w:t>
        <w:br/>
        <w:t>Усі так мислять, лиш уста в них замкнуті.&lt;br /&gt;</w:t>
        <w:br/>
        <w:t>КРЕОНТ&lt;br /&gt;</w:t>
        <w:br/>
        <w:t>510] А думать з ними не в одно — не соромно?&lt;br /&gt;</w:t>
        <w:br/>
        <w:t>АНТІГОНА&lt;br /&gt;</w:t>
        <w:br/>
        <w:t>Чи ж сором — брата вшанувати рідного! [136]&lt;br /&gt;</w:t>
        <w:br/>
        <w:t>КРЕОНТ&lt;br /&gt;</w:t>
        <w:br/>
        <w:t>А той, кого убив він, чи не брат тобі?&lt;br /&gt;</w:t>
        <w:br/>
        <w:t>АНТІГОНА&lt;br /&gt;</w:t>
        <w:br/>
        <w:t>Так, брат він — від одного батька й матері.&lt;br /&gt;</w:t>
        <w:br/>
        <w:t>КРЕОНТ&lt;br /&gt;</w:t>
        <w:br/>
        <w:t>Чому ж його так само не вшановуєш?&lt;br /&gt;</w:t>
        <w:br/>
        <w:t>АНТІГОНА&lt;br /&gt;</w:t>
        <w:br/>
        <w:t>515] Цього тобі померлий не підтвердить сам.&lt;br /&gt;</w:t>
        <w:br/>
        <w:t>КРЕОНТ&lt;br /&gt;</w:t>
        <w:br/>
        <w:t>То ти із ним рівняєш нечестивого?&lt;br /&gt;</w:t>
        <w:br/>
        <w:t>АНТІГОНА&lt;br /&gt;</w:t>
        <w:br/>
        <w:t>Але ж це рідний брат мій, а не раб якийсь.&lt;br /&gt;</w:t>
        <w:br/>
        <w:t>КРЕОНТ&lt;br /&gt;</w:t>
        <w:br/>
        <w:t>Цей захищав вітчизну, той — ганьбив її.&lt;br /&gt;</w:t>
        <w:br/>
        <w:t>АНТІГОНА&lt;br /&gt;</w:t>
        <w:br/>
        <w:t>Обох закон Аїда робить рівними.&lt;br /&gt;</w:t>
        <w:br/>
        <w:t>КРЕОНТ&lt;br /&gt;</w:t>
        <w:br/>
        <w:t>520] Там честь лихим і добрим не однакова.&lt;br /&gt;</w:t>
        <w:br/>
        <w:t>АНТІГОНА .&lt;br /&gt;</w:t>
        <w:br/>
        <w:t>Хто зна, чи так це під землею діється?&lt;br /&gt;</w:t>
        <w:br/>
        <w:t>КРЕОНТ&lt;br /&gt;</w:t>
        <w:br/>
        <w:t>Не буде і по смерті друга з ворога.&lt;br /&gt;</w:t>
        <w:br/>
        <w:t>АНТІГОНА&lt;br /&gt;</w:t>
        <w:br/>
        <w:t>Любить я народилась, не ненавидіть.&lt;br /&gt;</w:t>
        <w:br/>
        <w:t>КРЕОНТ&lt;br /&gt;</w:t>
        <w:br/>
        <w:t>Зійдеш-в Аїд — і будеш там любити їх,&lt;br /&gt;</w:t>
        <w:br/>
        <w:t>525] Я ж не скорюся жінці, поки житиму.&lt;br /&gt;</w:t>
        <w:br/>
        <w:t>ПРОВІДНИК ХОРУ&lt;br /&gt;</w:t>
        <w:br/>
        <w:t>Он погляньте, виходить Ісмена з дверей —&lt;br /&gt;</w:t>
        <w:br/>
        <w:t>Гірко плаче вона за своєю сестрою,&lt;br /&gt;</w:t>
        <w:br/>
        <w:t>Й темна хмара, що звисла у неї з-над брів,&lt;br /&gt;</w:t>
        <w:br/>
        <w:t>їй рожеві спотворює лиця прекрасні,&lt;br /&gt;</w:t>
        <w:br/>
        <w:t>530] Сліз потоками їх оросивши. [137]&lt;br /&gt;</w:t>
        <w:br/>
        <w:t>КРЕОНТ&lt;br /&gt;</w:t>
        <w:br/>
        <w:t>(до Ісмени)&lt;br /&gt;</w:t>
        <w:br/>
        <w:t>Ти, що в мій дім закралася єхидною,&lt;br /&gt;</w:t>
        <w:br/>
        <w:t>Щоб кров із мене пити,— я ж не знав того,&lt;br /&gt;</w:t>
        <w:br/>
        <w:t>Що годував дві мого трону пагуби,-&lt;br /&gt;</w:t>
        <w:br/>
        <w:t>Кажи, чи брала в похороні участь ти,&lt;br /&gt;</w:t>
        <w:br/>
        <w:t>535] Чи поклянешся, що того й не відала?&lt;br /&gt;</w:t>
        <w:br/>
        <w:t>ІСМЕНА&lt;br /&gt;</w:t>
        <w:br/>
        <w:t>Я винна і, якщо сестра погодиться,&lt;br /&gt;</w:t>
        <w:br/>
        <w:t>Прийнять готова й кару за провину ту.&lt;br /&gt;</w:t>
        <w:br/>
        <w:t>АНТІГОНА&lt;br /&gt;</w:t>
        <w:br/>
        <w:t>Ні, сестро, та й було б несправедливо це —&lt;br /&gt;</w:t>
        <w:br/>
        <w:t>Ти ж не хотіла, й я тебе відкинула.&lt;br /&gt;</w:t>
        <w:br/>
        <w:t>ІСМЕНА&lt;br /&gt;</w:t>
        <w:br/>
        <w:t>640] Та ти ж в біді, й з тобою не соромлюсь я&lt;br /&gt;</w:t>
        <w:br/>
        <w:t>Глибінь твого страждання переплинути.&lt;br /&gt;</w:t>
        <w:br/>
        <w:t>АНТІГОНА&lt;br /&gt;</w:t>
        <w:br/>
        <w:t>Всю правду лиш боги підземні відають.&lt;br /&gt;</w:t>
        <w:br/>
        <w:t>Тих не люблю, хто любить на словах лише.&lt;br /&gt;</w:t>
        <w:br/>
        <w:t>ІСМЕНА&lt;br /&gt;</w:t>
        <w:br/>
        <w:t>О сестро, не безчесть мене й дозволь мені&lt;br /&gt;</w:t>
        <w:br/>
        <w:t>545] 3 тобою вмерти, вшанувавши вмерлого.&lt;br /&gt;</w:t>
        <w:br/>
        <w:t>АНТІГОНА&lt;br /&gt;</w:t>
        <w:br/>
        <w:t>Не вмреш зі мною,— як не доторкалася,&lt;br /&gt;</w:t>
        <w:br/>
        <w:t>Не став своїм. Доволі, коли я умру.&lt;br /&gt;</w:t>
        <w:br/>
        <w:t>ІСМЕНА&lt;br /&gt;</w:t>
        <w:br/>
        <w:t>Та як же, люба, я без тебе житиму?&lt;br /&gt;</w:t>
        <w:br/>
        <w:t>АНТІГОНА&lt;br /&gt;</w:t>
        <w:br/>
        <w:t>Спитай Креонта, що йому годила ти.&lt;br /&gt;</w:t>
        <w:br/>
        <w:t>ІСМЕНА&lt;br /&gt;</w:t>
        <w:br/>
        <w:t>550] Чого глузуєш! Це ж бо незаслужено.&lt;br /&gt;</w:t>
        <w:br/>
        <w:t>АНТІГОНА&lt;br /&gt;</w:t>
        <w:br/>
        <w:t>Якщо це посміх, то сміюсь крізь сльози я.&lt;br /&gt;</w:t>
        <w:br/>
        <w:t>ІСМЕНА&lt;br /&gt;</w:t>
        <w:br/>
        <w:t>То чим тепер я можу послужить тобі?&lt;br /&gt;</w:t>
        <w:br/>
        <w:t>АНТІГОНА&lt;br /&gt;</w:t>
        <w:br/>
        <w:t>Рятуй себе, удасться — не позаздрю я. [138]&lt;br /&gt;</w:t>
        <w:br/>
        <w:t>ІСМЕНА&lt;br /&gt;</w:t>
        <w:br/>
        <w:t>Невже, нещасна, мук не поділю твоїх?&lt;br /&gt;</w:t>
        <w:br/>
        <w:t>АНТІГОНА&lt;br /&gt;</w:t>
        <w:br/>
        <w:t>555] Ти — хтіла жить, я — смерті прирекла себе.&lt;br /&gt;</w:t>
        <w:br/>
        <w:t>ІСМЕНА&lt;br /&gt;</w:t>
        <w:br/>
        <w:t>Що в мислях мала, все тобі сказала я.&lt;br /&gt;</w:t>
        <w:br/>
        <w:t>АНТІГОНА&lt;br /&gt;</w:t>
        <w:br/>
        <w:t>Ми неоднаково з тобою мислили.&lt;br /&gt;</w:t>
        <w:br/>
        <w:t>ІСМЕНА&lt;br /&gt;</w:t>
        <w:br/>
        <w:t>Але з тобою рівно завинили ми.&lt;br /&gt;</w:t>
        <w:br/>
        <w:t>АНТІГОНА&lt;br /&gt;</w:t>
        <w:br/>
        <w:t>Мужайсь, тобі ще жити, а моя душа&lt;br /&gt;</w:t>
        <w:br/>
        <w:t>560] Вже мертва, тож і послужу померлим я.&lt;br /&gt;</w:t>
        <w:br/>
        <w:t>КРЕОНТ&lt;br /&gt;</w:t>
        <w:br/>
        <w:t>Вони обидві, мабуть, збожеволіли,&lt;br /&gt;</w:t>
        <w:br/>
        <w:t>Одна — ось зараз, друга — чи не зроду ще.&lt;br /&gt;</w:t>
        <w:br/>
        <w:t>ІСМЕНА&lt;br /&gt;</w:t>
        <w:br/>
        <w:t>Та як, державче, розуму не втратити,&lt;br /&gt;</w:t>
        <w:br/>
        <w:t>Зазнавши стільки лиха* нездоланного.&lt;br /&gt;</w:t>
        <w:br/>
        <w:t>КРЕОНТ&lt;br /&gt;</w:t>
        <w:br/>
        <w:t>565] Ще б пак, коли з лихими робиш лихо ти!&lt;br /&gt;</w:t>
        <w:br/>
        <w:t>ІСМЕНА&lt;br /&gt;</w:t>
        <w:br/>
        <w:t>Як я без неї в самотині житиму?&lt;br /&gt;</w:t>
        <w:br/>
        <w:t>КРЕОНТ&lt;br /&gt;</w:t>
        <w:br/>
        <w:t>За неї не турбуйся — вже нема її.&lt;br /&gt;</w:t>
        <w:br/>
        <w:t>ІСМЕНА&lt;br /&gt;</w:t>
        <w:br/>
        <w:t>Невже ти стратиш наречену синову?&lt;br /&gt;</w:t>
        <w:br/>
        <w:t>КРЕОНТ&lt;br /&gt;</w:t>
        <w:br/>
        <w:t>Є ще й багато інших нив для оранки.&lt;br /&gt;</w:t>
        <w:br/>
        <w:t>ІСМЕНА&lt;br /&gt;</w:t>
        <w:br/>
        <w:t>570] Але такої близької не знайде він.&lt;br /&gt;</w:t>
        <w:br/>
        <w:t>КРЕОНТ&lt;br /&gt;</w:t>
        <w:br/>
        <w:t>Не хочу жінки синові поганої.&lt;br /&gt;</w:t>
        <w:br/>
        <w:t>АНТІГОНА&lt;br /&gt;</w:t>
        <w:br/>
        <w:t>Тебе, Гемоне, кривдить батько твій. [139]&lt;br /&gt;</w:t>
        <w:br/>
        <w:t>КРЕОНТ&lt;br /&gt;</w:t>
        <w:br/>
        <w:t>Ох, як і ти, і шлюб твій надокучили.&lt;br /&gt;</w:t>
        <w:br/>
        <w:t>ПРОВІДНИК ХОРУ&lt;br /&gt;</w:t>
        <w:br/>
        <w:t>Невже в свого ти сина відбереш її?&lt;br /&gt;</w:t>
        <w:br/>
        <w:t>КРЕОНТ&lt;br /&gt;</w:t>
        <w:br/>
        <w:t>575] Ні, Аїд скасує це одруження.&lt;br /&gt;</w:t>
        <w:br/>
        <w:t>ПРОВІДНИК ХОРУ&lt;br /&gt;</w:t>
        <w:br/>
        <w:t>Ясний, здається, вирок — їй на смерть іти.&lt;br /&gt;</w:t>
        <w:br/>
        <w:t>КРЕОНТ&lt;br /&gt;</w:t>
        <w:br/>
        <w:t>Й мені здається. Відведіть негайно їх&lt;br /&gt;</w:t>
        <w:br/>
        <w:t>У дім мій, стражі. Хай вони під вартою&lt;br /&gt;</w:t>
        <w:br/>
        <w:t>Обидві там посидять по-жіночому.&lt;br /&gt;</w:t>
        <w:br/>
        <w:t>580] Тікати-бо й хоробрі намагаються,&lt;br /&gt;</w:t>
        <w:br/>
        <w:t>Коли Аїд на їх життя чигатиме.&lt;br /&gt;</w:t>
        <w:br/>
        <w:t>Стражі виводять Антігону й Ісмену.</w:t>
      </w:r>
    </w:p>
    <w:p>
      <w:r>
        <w:br/>
        <w:t>Стасим другий&lt;br /&gt;</w:t>
        <w:br/>
        <w:t>ХОР&lt;br /&gt;</w:t>
        <w:br/>
        <w:t>Строфа 1&lt;br /&gt;</w:t>
        <w:br/>
        <w:t>Щасливі ті люди, чий вік нещасть не відав!&lt;br /&gt;</w:t>
        <w:br/>
        <w:t>Ті ж, що дім їх з волі богів похитнувся,&lt;br /&gt;</w:t>
        <w:br/>
        <w:t>Не уникнуть горя,&lt;br /&gt;</w:t>
        <w:br/>
        <w:t>аж поки той рід загине.&lt;br /&gt;</w:t>
        <w:br/>
        <w:t>Фракійським вітром гнані вдаль,&lt;br /&gt;</w:t>
        <w:br/>
        <w:t>Так морські біжать вали&lt;br /&gt;</w:t>
        <w:br/>
        <w:t>І з вирової темряви підііодної&lt;br /&gt;</w:t>
        <w:br/>
        <w:t>Піску виносять накип чорпий,&lt;br /&gt;</w:t>
        <w:br/>
        <w:t>Аж гудуть від хвиль грізних&lt;br /&gt;</w:t>
        <w:br/>
        <w:t>І тяжко стогнуть скелі прибережні.&lt;br /&gt;</w:t>
        <w:br/>
        <w:t>Антистрофа 1&lt;br /&gt;</w:t>
        <w:br/>
        <w:t>Я бачу — на дім Лабдакідів стародавній&lt;br /&gt;</w:t>
        <w:br/>
        <w:t>595] Споконвіку падає лихо за лихом,&lt;br /&gt;</w:t>
        <w:br/>
        <w:t>Гине рід за родом, їх бог невблаганний губить,&lt;br /&gt;</w:t>
        <w:br/>
        <w:t>І не знайти рятунку їм.&lt;br /&gt;</w:t>
        <w:br/>
        <w:t>От і парость юну цю —&lt;br /&gt;</w:t>
        <w:br/>
        <w:t>Едіпового дому промінь сяючий — [140]&lt;br /&gt;</w:t>
        <w:br/>
        <w:t>Уже й її скосить готовий&lt;br /&gt;</w:t>
        <w:br/>
        <w:t>Бога тьми нещадний серп —&lt;br /&gt;</w:t>
        <w:br/>
        <w:t>Безумства жертву й гордої сваволі.&lt;br /&gt;</w:t>
        <w:br/>
        <w:t>Строфа 2&lt;br /&gt;</w:t>
        <w:br/>
        <w:t>Зевсе, владу і міць твою&lt;br /&gt;</w:t>
        <w:br/>
        <w:t>605] Не здолає людська зухвалість,&lt;br /&gt;</w:t>
        <w:br/>
        <w:t>Ні сон-можновлад,&lt;br /&gt;</w:t>
        <w:br/>
        <w:t>ні місяців божистих&lt;br /&gt;</w:t>
        <w:br/>
        <w:t>Незмінно-невтомний хід.&lt;br /&gt;</w:t>
        <w:br/>
        <w:t>Вічний владар,&lt;br /&gt;</w:t>
        <w:br/>
        <w:t>старості ти не знаєш,-&lt;br /&gt;</w:t>
        <w:br/>
        <w:t>На яснім Олімпі&lt;br /&gt;</w:t>
        <w:br/>
        <w:t>610] Світла твоя оселя,&lt;br /&gt;</w:t>
        <w:br/>
        <w:t>І в минулім, і в майбутнім&lt;br /&gt;</w:t>
        <w:br/>
        <w:t>Панує один закон:&lt;br /&gt;</w:t>
        <w:br/>
        <w:t>Не перейти людині&lt;br /&gt;</w:t>
        <w:br/>
        <w:t>Шляхами життя&lt;br /&gt;</w:t>
        <w:br/>
        <w:t>без тягарів недолі.&lt;br /&gt;</w:t>
        <w:br/>
        <w:t>Антистрофа 2&lt;br /&gt;</w:t>
        <w:br/>
        <w:t>615] Втіху для багатьох людей&lt;br /&gt;</w:t>
        <w:br/>
        <w:t>Всеосяжпа дає надія,&lt;br /&gt;</w:t>
        <w:br/>
        <w:t>А для багатьох —&lt;br /&gt;</w:t>
        <w:br/>
        <w:t>це лиш пуста омана.&lt;br /&gt;</w:t>
        <w:br/>
        <w:t>Не ждавши лихих негод,&lt;br /&gt;</w:t>
        <w:br/>
        <w:t>Раптом ступню&lt;br /&gt;</w:t>
        <w:br/>
        <w:t>палиш об грань пекучу.&lt;br /&gt;</w:t>
        <w:br/>
        <w:t>620] Недаремно славне&lt;br /&gt;</w:t>
        <w:br/>
        <w:t>Мовить прислів'я мудре:&lt;br /&gt;</w:t>
        <w:br/>
        <w:t>Хто лихе вважає добрим,&lt;br /&gt;</w:t>
        <w:br/>
        <w:t>Того вже ведуть боги&lt;br /&gt;</w:t>
        <w:br/>
        <w:t>На манівці безтямні,-&lt;br /&gt;</w:t>
        <w:br/>
        <w:t>625] Недовго йому&lt;br /&gt;</w:t>
        <w:br/>
        <w:t>ждать тягарів недолі.&lt;br /&gt;</w:t>
        <w:br/>
        <w:t>Он виходить Гемон, із потомства твого&lt;br /&gt;</w:t>
        <w:br/>
        <w:t>Наймолодший. Мабуть, його тяжко смутить&lt;br /&gt;</w:t>
        <w:br/>
        <w:t>Нареченої доля, судьба Антігони,&lt;br /&gt;</w:t>
        <w:br/>
        <w:t>І в печалі гіркій&lt;br /&gt;</w:t>
        <w:br/>
        <w:t>630] Він за шлюбним сумує утраченим ложем?</w:t>
      </w:r>
    </w:p>
    <w:p>
      <w:r>
        <w:br/>
        <w:t>Епісодій третій&lt;br /&gt;</w:t>
        <w:br/>
        <w:t>КРЕОНТ&lt;br /&gt;</w:t>
        <w:br/>
        <w:t>От зараз краще за волхвів дізнаємось.&lt;br /&gt;</w:t>
        <w:br/>
        <w:t>Мій сину, чи на батька не гнівишся ти .&lt;br /&gt;</w:t>
        <w:br/>
        <w:t>За вирок для твоєї нареченої?&lt;br /&gt;</w:t>
        <w:br/>
        <w:t>Чи залишусь я завжди любий синові?&lt;br /&gt;</w:t>
        <w:br/>
        <w:t>ГЕМОН&lt;br /&gt;</w:t>
        <w:br/>
        <w:t>635] Я, батьку, твій,— порадами розумними&lt;br /&gt;</w:t>
        <w:br/>
        <w:t>Мене ведеш ти, і за ними й я іду.&lt;br /&gt;</w:t>
        <w:br/>
        <w:t>Немає-бо для мене й шлюбу кращого,&lt;br /&gt;</w:t>
        <w:br/>
        <w:t>Аніж коли ти мною керуватимеш.&lt;br /&gt;</w:t>
        <w:br/>
        <w:t>КРЕОНТ&lt;br /&gt;</w:t>
        <w:br/>
        <w:t>Цього ж бо і дотримуй в серці, сину мій,-&lt;br /&gt;</w:t>
        <w:br/>
        <w:t>640] Все волі батька має поступитися.&lt;br /&gt;</w:t>
        <w:br/>
        <w:t>Тим-то й радіють люди, коли в домі їх&lt;br /&gt;</w:t>
        <w:br/>
        <w:t>Дітей слухняних пощастить їм виховать,&lt;br /&gt;</w:t>
        <w:br/>
        <w:t>Щоб відплатить за лихо вміли ворогу&lt;br /&gt;</w:t>
        <w:br/>
        <w:t>І шанували друга, як і батько їх,&lt;br /&gt;</w:t>
        <w:br/>
        <w:t>645] А хто нікчемних наплодив дітей собі,&lt;br /&gt;</w:t>
        <w:br/>
        <w:t>То що тут скажеш, чи не клопіт матиме&lt;br /&gt;</w:t>
        <w:br/>
        <w:t>Він з ними й ворогам на посміховище?&lt;br /&gt;</w:t>
        <w:br/>
        <w:t>Отож не піддавайся примхам, сину мій,&lt;br /&gt;</w:t>
        <w:br/>
        <w:t>І не губи для чар жіночих розуму.&lt;br /&gt;</w:t>
        <w:br/>
        <w:t>650] Знай, і в палких обіймах буде холодно,&lt;br /&gt;</w:t>
        <w:br/>
        <w:t>Якщо в твій дім дружина увійде лиха.&lt;br /&gt;</w:t>
        <w:br/>
        <w:t>Чи є де лихо гірше, ніж невірний друг?&lt;br /&gt;</w:t>
        <w:br/>
        <w:t>То краще кинь цю зловорожу дівчину,&lt;br /&gt;</w:t>
        <w:br/>
        <w:t>Нехай в Аїді знайде жениха собі.&lt;br /&gt;</w:t>
        <w:br/>
        <w:t>655] Я нині викрив перед усіма її —&lt;br /&gt;</w:t>
        <w:br/>
        <w:t>Єдину в місті нашім супротивницю,&lt;br /&gt;</w:t>
        <w:br/>
        <w:t>Ні, брехуном не буду, її страчу я,&lt;br /&gt;</w:t>
        <w:br/>
        <w:t>Коли б і Зевса, всіх родин заступника,&lt;br /&gt;</w:t>
        <w:br/>
        <w:t>На поміч звала. Хто з своїм не дасть ладу,&lt;br /&gt;</w:t>
        <w:br/>
        <w:t>660] Той не здобуде й від чужих слухняності.&lt;br /&gt;</w:t>
        <w:br/>
        <w:t>Хто в хатніх справах доброчесним виявивсь,&lt;br /&gt;</w:t>
        <w:br/>
        <w:t>Той справедливим буде й у державі всій.&lt;br /&gt;</w:t>
        <w:br/>
        <w:t>А хто закон із гордощів порушує&lt;br /&gt;</w:t>
        <w:br/>
        <w:t>Чи владарями хтів би верховодити,&lt;br /&gt;</w:t>
        <w:br/>
        <w:t>665] Такого аж ніяк не похвалив би я.&lt;br /&gt;</w:t>
        <w:br/>
        <w:t>Кого поставить місто, треба слухати [142]&lt;br /&gt;</w:t>
        <w:br/>
        <w:t>В найменшім — правий чи несправедливий він.&lt;br /&gt;</w:t>
        <w:br/>
        <w:t>Хто звик коритися владущим, певен я,&lt;br /&gt;</w:t>
        <w:br/>
        <w:t>При владі ставши, гідно керуватиме,&lt;br /&gt;</w:t>
        <w:br/>
        <w:t>670] У вихрі бойовому біля тебе він&lt;br /&gt;</w:t>
        <w:br/>
        <w:t>Надійним стане, доблесним соратником.&lt;br /&gt;</w:t>
        <w:br/>
        <w:t>Безладдя ж — то найгірше з лих, міста вено&lt;br /&gt;</w:t>
        <w:br/>
        <w:t>Й держави губить, і доми збезлюднюе&lt;br /&gt;</w:t>
        <w:br/>
        <w:t>І бойових товаришів утечею&lt;br /&gt;</w:t>
        <w:br/>
        <w:t>675] Ганьбить, бо тільки ті з біди рятуються,&lt;br /&gt;</w:t>
        <w:br/>
        <w:t>Хто вмів своїм начальникам коритися.&lt;br /&gt;</w:t>
        <w:br/>
        <w:t>Отож законів конче слід дотримувать,&lt;br /&gt;</w:t>
        <w:br/>
        <w:t>Не піддаватись розуму жіночому,&lt;br /&gt;</w:t>
        <w:br/>
        <w:t>Якщо на те, від мужа краще смерть прийнять,&lt;br /&gt;</w:t>
        <w:br/>
        <w:t>680] Ніж від жінок нам виявитись слабшими.&lt;br /&gt;</w:t>
        <w:br/>
        <w:t>ПРОВІДНИК ХОРУ&lt;br /&gt;</w:t>
        <w:br/>
        <w:t>Наскільки, років тягарем обтяжені,&lt;br /&gt;</w:t>
        <w:br/>
        <w:t>Судить ми можем, говорив розумно ти.&lt;br /&gt;</w:t>
        <w:br/>
        <w:t>ГЕМОН&lt;br /&gt;</w:t>
        <w:br/>
        <w:t>Так, батьку, розум, що боги дарують нам,&lt;br /&gt;</w:t>
        <w:br/>
        <w:t>То скарб найвищий і дорожчий всіх скарбів,&lt;br /&gt;</w:t>
        <w:br/>
        <w:t>685] Що справедливо й правильно все кажеш ти,&lt;br /&gt;</w:t>
        <w:br/>
        <w:t>Не міг би й не зумів я заперечити.&lt;br /&gt;</w:t>
        <w:br/>
        <w:t>Але ж і в інших, може, доля правди є,&lt;br /&gt;</w:t>
        <w:br/>
        <w:t>В моєму стані швидше можу знати я,&lt;br /&gt;</w:t>
        <w:br/>
        <w:t>Що люди кажуть, роблять або ганять що.&lt;br /&gt;</w:t>
        <w:br/>
        <w:t>690] Ти ж поглядом єдиним наганяєш страх&lt;br /&gt;</w:t>
        <w:br/>
        <w:t>На тих, хто міг би в чомусь докорить тобі.&lt;br /&gt;</w:t>
        <w:br/>
        <w:t>Мені чувати нишком вже доводилось,&lt;br /&gt;</w:t>
        <w:br/>
        <w:t>Як всі у місті цю жаліють дівчину,&lt;br /&gt;</w:t>
        <w:br/>
        <w:t>З жіноцтва найгіднішу", що ганебно так&lt;br /&gt;</w:t>
        <w:br/>
        <w:t>695] Загинуть має за славетний подвиг свій.&lt;br /&gt;</w:t>
        <w:br/>
        <w:t>Вона не допустила, щоб убитий брат&lt;br /&gt;</w:t>
        <w:br/>
        <w:t>Валявся непохований, став здобиччю&lt;br /&gt;</w:t>
        <w:br/>
        <w:t>Псам кровожерним, зграям птаства хижого.&lt;br /&gt;</w:t>
        <w:br/>
        <w:t>Хіба вона не гідна шани світлої?&lt;br /&gt;</w:t>
        <w:br/>
        <w:t>700] Такі розмови неспокійні чути скрізь,&lt;br /&gt;</w:t>
        <w:br/>
        <w:t>Мені ж нема, мій батьку, щастя більшого,&lt;br /&gt;</w:t>
        <w:br/>
        <w:t>Лише б тебе благополучним бачити.&lt;br /&gt;</w:t>
        <w:br/>
        <w:t>Чи не найбільша гордість сина — батькова&lt;br /&gt;</w:t>
        <w:br/>
        <w:t>Квітуча слава, а для батька — синова?&lt;br /&gt;</w:t>
        <w:br/>
        <w:t>Але не думай, що лише в твоїх словах [143]&lt;br /&gt;</w:t>
        <w:br/>
        <w:t>Є правда, і ні в кого більш нема її.&lt;br /&gt;</w:t>
        <w:br/>
        <w:t>Кому здається, що лиш в нього розум в,&lt;br /&gt;</w:t>
        <w:br/>
        <w:t>Й душа, й дар слова, в того, як роздивишся&lt;br /&gt;</w:t>
        <w:br/>
        <w:t>Насправді, то немає нічогісінько.&lt;br /&gt;</w:t>
        <w:br/>
        <w:t>710] Бо для людини, хоч би й наймудрішої,&lt;br /&gt;</w:t>
        <w:br/>
        <w:t>Не сором вчитись і поради слухати.&lt;br /&gt;</w:t>
        <w:br/>
        <w:t>Ти ж бачив, як у зливу під потоками&lt;br /&gt;</w:t>
        <w:br/>
        <w:t>Дерева гнуться і рятують віття цим,&lt;br /&gt;</w:t>
        <w:br/>
        <w:t>А впертий стовбур повінь із корінням рве,&lt;br /&gt;</w:t>
        <w:br/>
        <w:t>715] Той, хто вітрила надто вже натягує&lt;br /&gt;</w:t>
        <w:br/>
        <w:t>І в бурю не ослабить, перевернеться&lt;br /&gt;</w:t>
        <w:br/>
        <w:t>Й дном догори своє закінчить плавання,&lt;br /&gt;</w:t>
        <w:br/>
        <w:t>Забудь же гнів і відміни цей вирок свій.&lt;br /&gt;</w:t>
        <w:br/>
        <w:t>Хоч я й молодший, а свою скажу тобі&lt;br /&gt;</w:t>
        <w:br/>
        <w:t>720] Я думку: добре, як людина розумом&lt;br /&gt;</w:t>
        <w:br/>
        <w:t>Багата зроду, а якщо не завжди це&lt;br /&gt;</w:t>
        <w:br/>
        <w:t>Трапляється, то й в іншого послухати&lt;br /&gt;</w:t>
        <w:br/>
        <w:t>Розумної поради не завадить нам.&lt;br /&gt;</w:t>
        <w:br/>
        <w:t>ПРОВІДНИК ХОРУ&lt;br /&gt;</w:t>
        <w:br/>
        <w:t>Якщо дозволиш, слід, державче, зважити&lt;br /&gt;</w:t>
        <w:br/>
        <w:t>725] її па нього,— добре ви обидва мовили.&lt;br /&gt;</w:t>
        <w:br/>
        <w:t>КРЕОНТ&lt;br /&gt;</w:t>
        <w:br/>
        <w:t>Та чи ж мені годиться у літах таких&lt;br /&gt;</w:t>
        <w:br/>
        <w:t>У юнака такого вчитись розуму?&lt;br /&gt;</w:t>
        <w:br/>
        <w:t>ГЕМОН&lt;br /&gt;</w:t>
        <w:br/>
        <w:t>Лиш справедливості. Хай молодий ще я —&lt;br /&gt;</w:t>
        <w:br/>
        <w:t>Тут не на вік, на діло слід дивитися.&lt;br /&gt;</w:t>
        <w:br/>
        <w:t>КРЕОНТ&lt;br /&gt;</w:t>
        <w:br/>
        <w:t>730] Чи діло — шанувати заколотників?&lt;br /&gt;</w:t>
        <w:br/>
        <w:t>ГЕМОН&lt;br /&gt;</w:t>
        <w:br/>
        <w:t>Злочинців шанувати не прошу тебе.&lt;br /&gt;</w:t>
        <w:br/>
        <w:t>КРЕОНТ&lt;br /&gt;</w:t>
        <w:br/>
        <w:t>А в неї що ж, нема цієї хворості?&lt;br /&gt;</w:t>
        <w:br/>
        <w:t>ГЕМОН&lt;br /&gt;</w:t>
        <w:br/>
        <w:t>Ніхто б у цілих Фівах не сказав цього.. [144]&lt;br /&gt;</w:t>
        <w:br/>
        <w:t>КРЕОНТ&lt;br /&gt;</w:t>
        <w:br/>
        <w:t>То місто має вже мені наказувать?&lt;br /&gt;</w:t>
        <w:br/>
        <w:t>ГЕМОН&lt;br /&gt;</w:t>
        <w:br/>
        <w:t>735] Невже не бачиш — як дитя говориш ти?&lt;br /&gt;</w:t>
        <w:br/>
        <w:t>КРЕОНТ&lt;br /&gt;</w:t>
        <w:br/>
        <w:t>Чи не чужим я мушу править розумом?&lt;br /&gt;</w:t>
        <w:br/>
        <w:t>ГЕМОН&lt;br /&gt;</w:t>
        <w:br/>
        <w:t>Хіба то місто, що один правує в нім!&lt;br /&gt;</w:t>
        <w:br/>
        <w:t>КРЕОНТ&lt;br /&gt;</w:t>
        <w:br/>
        <w:t>Кому ж належить місто? Не державцеві?&lt;br /&gt;</w:t>
        <w:br/>
        <w:t>ГЕМОН&lt;br /&gt;</w:t>
        <w:br/>
        <w:t>От гарно керував би ти пустелею!&lt;br /&gt;</w:t>
        <w:br/>
        <w:t>КРЕОНТ&lt;br /&gt;</w:t>
        <w:br/>
        <w:t>740] За цю ти жінку, бачу, побиваєшся.&lt;br /&gt;</w:t>
        <w:br/>
        <w:t>ГЕМОН&lt;br /&gt;</w:t>
        <w:br/>
        <w:t>Якщо ти — жінка, то за тебе дбаю я.&lt;br /&gt;</w:t>
        <w:br/>
        <w:t>КРЕОНТ&lt;br /&gt;</w:t>
        <w:br/>
        <w:t>Який негідник! Що ж, ти проти батька йдеш?&lt;br /&gt;</w:t>
        <w:br/>
        <w:t>ГЕМОН&lt;br /&gt;</w:t>
        <w:br/>
        <w:t>Бо бачу, справедливість ти порушуєш.&lt;br /&gt;</w:t>
        <w:br/>
        <w:t>КРЕОНТ&lt;br /&gt;</w:t>
        <w:br/>
        <w:t>Не тим, що бережу своєї влади честь?&lt;br /&gt;</w:t>
        <w:br/>
        <w:t>ГЕМОН&lt;br /&gt;</w:t>
        <w:br/>
        <w:t>745] Не бережеш, богів-бо не шануєш ти.&lt;br /&gt;</w:t>
        <w:br/>
        <w:t>КРЕОНТ&lt;br /&gt;</w:t>
        <w:br/>
        <w:t>О нрав злочинний, ще й підвладний женщині!&lt;br /&gt;</w:t>
        <w:br/>
        <w:t>ГЕМОН&lt;br /&gt;</w:t>
        <w:br/>
        <w:t>Та все ж не скажеш, що служу лихому я. —&lt;br /&gt;</w:t>
        <w:br/>
        <w:t>КРЕОНТ&lt;br /&gt;</w:t>
        <w:br/>
        <w:t>У тебе кожне слово лиш про неї все.&lt;br /&gt;</w:t>
        <w:br/>
        <w:t>ГЕМОН&lt;br /&gt;</w:t>
        <w:br/>
        <w:t>І про тебе, і про мене, й про богів усіх. [145]&lt;br /&gt;</w:t>
        <w:br/>
        <w:t>КРЕОНТ&lt;br /&gt;</w:t>
        <w:br/>
        <w:t>750] Але з живою з нею не одружишся.&lt;br /&gt;</w:t>
        <w:br/>
        <w:t>ГЕМОН&lt;br /&gt;</w:t>
        <w:br/>
        <w:t>Умре вона — то й інший з нею теж умре.&lt;br /&gt;</w:t>
        <w:br/>
        <w:t>КРЕОНТ&lt;br /&gt;</w:t>
        <w:br/>
        <w:t>То ти, зухвальцю, ще мені й загрожуєш?&lt;br /&gt;</w:t>
        <w:br/>
        <w:t>ГЕМОН&lt;br /&gt;</w:t>
        <w:br/>
        <w:t>Чи то ж загроза — марному перечити?&lt;br /&gt;</w:t>
        <w:br/>
        <w:t>КРЕОНТ&lt;br /&gt;</w:t>
        <w:br/>
        <w:t>В повчаннях марних слізно ти розкаєшся!&lt;br /&gt;</w:t>
        <w:br/>
        <w:t>ГЕМОН&lt;br /&gt;</w:t>
        <w:br/>
        <w:t>755] Не будь ти батько, зрік би: нерозумно вчиш.&lt;br /&gt;</w:t>
        <w:br/>
        <w:t>КРЕОНТ&lt;br /&gt;</w:t>
        <w:br/>
        <w:t>Жіночий рабе, не плети дурниць мені!&lt;br /&gt;</w:t>
        <w:br/>
        <w:t>ГЕМОН&lt;br /&gt;</w:t>
        <w:br/>
        <w:t>Сам мовиш, мови ж інших ти не слухаєш.&lt;br /&gt;</w:t>
        <w:br/>
        <w:t>КРЕОНТ&lt;br /&gt;</w:t>
        <w:br/>
        <w:t>Невже? Та не на радість, от клянусь тобі&lt;br /&gt;</w:t>
        <w:br/>
        <w:t>Олімпом, лаєш ти мене зухвало так.&lt;br /&gt;</w:t>
        <w:br/>
        <w:t>760] Гей, приведіть негідницю! Нехай вона&lt;br /&gt;</w:t>
        <w:br/>
        <w:t>Вмре на очах у свого нареченого.&lt;br /&gt;</w:t>
        <w:br/>
        <w:t>ГЕМОН&lt;br /&gt;</w:t>
        <w:br/>
        <w:t>Ні, так не буде, і не сподівайсь цього,&lt;br /&gt;</w:t>
        <w:br/>
        <w:t>Не тільки на очах моїх не вмре вона,&lt;br /&gt;</w:t>
        <w:br/>
        <w:t>Але й тобі вже більш мене не бачити —&lt;br /&gt;</w:t>
        <w:br/>
        <w:t>765] Шукай десь інших друзів для безглуздь оцих.&lt;br /&gt;</w:t>
        <w:br/>
        <w:t>ПРОВІДНИК ХОРУ&lt;br /&gt;</w:t>
        <w:br/>
        <w:t>Державче, в гніві швидко він пішов кудись —&lt;br /&gt;</w:t>
        <w:br/>
        <w:t>В такому віці — небезпечний горя шал.&lt;br /&gt;</w:t>
        <w:br/>
        <w:t>КРЕОНТ&lt;br /&gt;</w:t>
        <w:br/>
        <w:t>Нехай іде, занадто веледумний він,-&lt;br /&gt;</w:t>
        <w:br/>
        <w:t>Але дівчат цих не урятувать йому.&lt;br /&gt;</w:t>
        <w:br/>
        <w:t>ПРОВІДНИК ХОРУ&lt;br /&gt;</w:t>
        <w:br/>
        <w:t>770] Невже обох скарати смертю маєш ти? [146]&lt;br /&gt;</w:t>
        <w:br/>
        <w:t>КРЕОНТ&lt;br /&gt;</w:t>
        <w:br/>
        <w:t>Ні, тільки не безвинну,— правду кажеш ти.&lt;br /&gt;</w:t>
        <w:br/>
        <w:t>ПРОВІДНИК ХОРУ&lt;br /&gt;</w:t>
        <w:br/>
        <w:t>Якою ж смертю іншу ти каратимеш?&lt;br /&gt;</w:t>
        <w:br/>
        <w:t>КРЕОНТ&lt;br /&gt;</w:t>
        <w:br/>
        <w:t>В пустелі кину, де й слідів людських нема, '&lt;br /&gt;</w:t>
        <w:br/>
        <w:t>Живою у печері кам'яній замішу,&lt;br /&gt;</w:t>
        <w:br/>
        <w:t>775] Не більш лишивши їжі, ніж потрібно це,&lt;br /&gt;</w:t>
        <w:br/>
        <w:t>Щоб пляма скверни міста не торкнулася.&lt;br /&gt;</w:t>
        <w:br/>
        <w:t>Хай, лиш Аїда із богів шануючи,&lt;br /&gt;</w:t>
        <w:br/>
        <w:t>Благає, може, він од смерті визволить,&lt;br /&gt;</w:t>
        <w:br/>
        <w:t>А ні, то хай сама переконається,&lt;br /&gt;</w:t>
        <w:br/>
        <w:t>780] Що шанувать тих, що в Аїді, марний труд.</w:t>
      </w:r>
    </w:p>
    <w:p>
      <w:r>
        <w:br/>
        <w:t>Стасим третій&lt;br /&gt;</w:t>
        <w:br/>
        <w:t>ХОР&lt;br /&gt;</w:t>
        <w:br/>
        <w:t>Строфа 1&lt;br /&gt;</w:t>
        <w:br/>
        <w:t>О Ерос, ти — славен в боях!&lt;br /&gt;</w:t>
        <w:br/>
        <w:t>О Ерос, ти — всіх підкоряєш!&lt;br /&gt;</w:t>
        <w:br/>
        <w:t>Ти в юної діви тихо&lt;br /&gt;</w:t>
        <w:br/>
        <w:t>На лицях ночуєш ніжних,&lt;br /&gt;</w:t>
        <w:br/>
        <w:t>785] По лону хвиль&lt;br /&gt;</w:t>
        <w:br/>
        <w:t>плаваєш ти&lt;br /&gt;</w:t>
        <w:br/>
        <w:t>й ходиш в лісних дебрях.&lt;br /&gt;</w:t>
        <w:br/>
        <w:t>Не уникне тебе&lt;br /&gt;</w:t>
        <w:br/>
        <w:t>жоден з безсмертних,&lt;br /&gt;</w:t>
        <w:br/>
        <w:t>790] Всі люди, добі підвладні,&lt;br /&gt;</w:t>
        <w:br/>
        <w:t>шалом горять нестримним.&lt;br /&gt;</w:t>
        <w:br/>
        <w:t>Антистрофа 1&lt;br /&gt;</w:t>
        <w:br/>
        <w:t>Не раз серця гідних людей&lt;br /&gt;</w:t>
        <w:br/>
        <w:t>Ти на ганьбу вабив негідну,&lt;br /&gt;</w:t>
        <w:br/>
        <w:t>І зараз братів ти рідних&lt;br /&gt;</w:t>
        <w:br/>
        <w:t>795] В лихій ворожнечі губиш.&lt;br /&gt;</w:t>
        <w:br/>
        <w:t>Та ніжна млость в діви з очей&lt;br /&gt;</w:t>
        <w:br/>
        <w:t>все подолать владна,-&lt;br /&gt;</w:t>
        <w:br/>
        <w:t>То одвічний закон&lt;br /&gt;</w:t>
        <w:br/>
        <w:t>радощів шлюбних, [147]&lt;br /&gt;</w:t>
        <w:br/>
        <w:t>800] То шал нездоланно-буиний&lt;br /&gt;</w:t>
        <w:br/>
        <w:t>ігр Афродіти знадних.&lt;br /&gt;</w:t>
        <w:br/>
        <w:t>ПРОВІДНИК ХОРУ&lt;br /&gt;</w:t>
        <w:br/>
        <w:t>Вже несила й закони мені шанувать,-&lt;br /&gt;</w:t>
        <w:br/>
        <w:t>Як погляну на все це, то, мов з джерела,&lt;br /&gt;</w:t>
        <w:br/>
        <w:t>Сліз потоки нестримні біжать із очей:&lt;br /&gt;</w:t>
        <w:br/>
        <w:t>805] Не в весільні покої — до вічних осель&lt;br /&gt;</w:t>
        <w:br/>
        <w:t>Незворотно іде Антігона.</w:t>
      </w:r>
    </w:p>
    <w:p>
      <w:r>
        <w:br/>
        <w:t>Епісодій четвертий&lt;br /&gt;</w:t>
        <w:br/>
        <w:t>Комос&lt;br /&gt;</w:t>
        <w:br/>
        <w:t>Строфа 1&lt;br /&gt;</w:t>
        <w:br/>
        <w:t>АНТІГОНА&lt;br /&gt;</w:t>
        <w:br/>
        <w:t>В останню путь, рідного краю люди,&lt;br /&gt;</w:t>
        <w:br/>
        <w:t>Нині відходжу я.&lt;br /&gt;</w:t>
        <w:br/>
        <w:t>Сяйво сонця востапне зрю —&lt;br /&gt;</w:t>
        <w:br/>
        <w:t>Під сумний Ахеронта плеск&lt;br /&gt;</w:t>
        <w:br/>
        <w:t>810] До осель похмурих мене&lt;br /&gt;</w:t>
        <w:br/>
        <w:t>Вже веде, безшлюбну, Аїд,&lt;br /&gt;</w:t>
        <w:br/>
        <w:t>І не співають&lt;br /&gt;</w:t>
        <w:br/>
        <w:t>Гімнів мені весільних,&lt;br /&gt;</w:t>
        <w:br/>
        <w:t>У вічній пітьмі для мене вже&lt;br /&gt;</w:t>
        <w:br/>
        <w:t>ложе готове,&lt;br /&gt;</w:t>
        <w:br/>
        <w:t>Навіки я — Ахеронта дружина.&lt;br /&gt;</w:t>
        <w:br/>
        <w:t>ХОР&lt;br /&gt;</w:t>
        <w:br/>
        <w:t>Чи не в славі й пошані тепер&lt;br /&gt;</w:t>
        <w:br/>
        <w:t>Ти в оселю померлих ідеш?&lt;br /&gt;</w:t>
        <w:br/>
        <w:t>Не недуги убили тебе,&lt;br /&gt;</w:t>
        <w:br/>
        <w:t>820] де удари меча бойового,&lt;br /&gt;</w:t>
        <w:br/>
        <w:t>Ти одна ж ще живою зійшла&lt;br /&gt;</w:t>
        <w:br/>
        <w:t>До померлих в Аїд добровільно. [148]&lt;br /&gt;</w:t>
        <w:br/>
        <w:t>Антистрофа 1&lt;br /&gt;</w:t>
        <w:br/>
        <w:t>АНТІГОНА&lt;br /&gt;</w:t>
        <w:br/>
        <w:t>Погибла так в горі безмежнім, кажуть,&lt;br /&gt;</w:t>
        <w:br/>
        <w:t>Гостя з фрігійських гір,&lt;br /&gt;</w:t>
        <w:br/>
        <w:t>825] Лона Тантала юний цвіт.&lt;br /&gt;</w:t>
        <w:br/>
        <w:t>Де стрімкий височить Сіпіл,&lt;br /&gt;</w:t>
        <w:br/>
        <w:t>Враз важкий тягар кам'яний,&lt;br /&gt;</w:t>
        <w:br/>
        <w:t>Мов плющем, її огорнув,-&lt;br /&gt;</w:t>
        <w:br/>
        <w:t>Кажуть так люди,-&lt;br /&gt;</w:t>
        <w:br/>
        <w:t>830] О вічним дощем по скелях&lt;br /&gt;</w:t>
        <w:br/>
        <w:t>Невпинно сльози її біжать,-&lt;br /&gt;</w:t>
        <w:br/>
        <w:t>от і мені так&lt;br /&gt;</w:t>
        <w:br/>
        <w:t>Постелю бог непробудну готує.&lt;br /&gt;</w:t>
        <w:br/>
        <w:t>ХОР&lt;br /&gt;</w:t>
        <w:br/>
        <w:t>Це ж богиня й богівське дитя,&lt;br /&gt;</w:t>
        <w:br/>
        <w:t>А ми — люди і діти людей.&lt;br /&gt;</w:t>
        <w:br/>
        <w:t>835] Але все ж, і вмираючи, ти&lt;br /&gt;</w:t>
        <w:br/>
        <w:t>Заслужила великої шани,&lt;br /&gt;</w:t>
        <w:br/>
        <w:t>Бо дорівнюєш вічним богам&lt;br /&gt;</w:t>
        <w:br/>
        <w:t>І в земному житті, і по смерті.&lt;br /&gt;</w:t>
        <w:br/>
        <w:t>Строфа 2&lt;br /&gt;</w:t>
        <w:br/>
        <w:t>АНТІГОНА&lt;br /&gt;</w:t>
        <w:br/>
        <w:t>Для чого цей поглум? Ім'ям богів вітчизни!&lt;br /&gt;</w:t>
        <w:br/>
        <w:t>840] Скоро мене не буде —&lt;br /&gt;</w:t>
        <w:br/>
        <w:t>Ждать вам недовго.&lt;br /&gt;</w:t>
        <w:br/>
        <w:t>Рідний мій краю, і ви,&lt;br /&gt;</w:t>
        <w:br/>
        <w:t>Велеславні краяни! .&lt;br /&gt;</w:t>
        <w:br/>
        <w:t>Ой леле,&lt;br /&gt;</w:t>
        <w:br/>
        <w:t>845] Діркейські джерела і славні&lt;br /&gt;</w:t>
        <w:br/>
        <w:t>В змаганнях гаї фіванські,&lt;br /&gt;</w:t>
        <w:br/>
        <w:t>У свідки вас кличу — безправно,&lt;br /&gt;</w:t>
        <w:br/>
        <w:t>Без сліз від друзів, маю навіки йти&lt;br /&gt;</w:t>
        <w:br/>
        <w:t>Під пагорб похоронний, у цю могилу небувалу.&lt;br /&gt;</w:t>
        <w:br/>
        <w:t>850] Ой, —я нещасна:&lt;br /&gt;</w:t>
        <w:br/>
        <w:t>Вже не жити мені між живих,&lt;br /&gt;</w:t>
        <w:br/>
        <w:t>Між мертвих ще мертвою не ставши.&lt;br /&gt;</w:t>
        <w:br/>
        <w:t>ХОР&lt;br /&gt;</w:t>
        <w:br/>
        <w:t>Межу дерзань переступивши,&lt;br /&gt;</w:t>
        <w:br/>
        <w:t>Об правди вищої престол [149]&lt;br /&gt;</w:t>
        <w:br/>
        <w:t>855] Спіткнулась тяжко ти, дитино,&lt;br /&gt;</w:t>
        <w:br/>
        <w:t>Й за батька зазнаєш покуту.&lt;br /&gt;</w:t>
        <w:br/>
        <w:t>Антистрофа 2&lt;br /&gt;</w:t>
        <w:br/>
        <w:t>АНТІГОНА&lt;br /&gt;</w:t>
        <w:br/>
        <w:t>Торкнувсь ти моєї найглибшої скорботи —&lt;br /&gt;</w:t>
        <w:br/>
        <w:t>Отчої долі злої,&lt;br /&gt;</w:t>
        <w:br/>
        <w:t>Спільного лиха,&lt;br /&gt;</w:t>
        <w:br/>
        <w:t>860] Що переслідує рід&lt;br /&gt;</w:t>
        <w:br/>
        <w:t>Лабдакідів славетних.&lt;br /&gt;</w:t>
        <w:br/>
        <w:t>Ой леле,&lt;br /&gt;</w:t>
        <w:br/>
        <w:t>О матері ложе злочинне,&lt;br /&gt;</w:t>
        <w:br/>
        <w:t>Розділене з власним сином.&lt;br /&gt;</w:t>
        <w:br/>
        <w:t>865] О шлюб їх нещасний —&lt;br /&gt;</w:t>
        <w:br/>
        <w:t>від нього&lt;br /&gt;</w:t>
        <w:br/>
        <w:t>Життя немиле маю бездольна я.&lt;br /&gt;</w:t>
        <w:br/>
        <w:t>До них тепер у пітьму іду-я, проклята, безшлюбна.&lt;br /&gt;</w:t>
        <w:br/>
        <w:t>О брате бідний,&lt;br /&gt;</w:t>
        <w:br/>
        <w:t>870] Нещасливим одруженням ти&lt;br /&gt;</w:t>
        <w:br/>
        <w:t>Мене, живу, —&lt;br /&gt;</w:t>
        <w:br/>
        <w:t>з мертвими єднаєш.&lt;br /&gt;</w:t>
        <w:br/>
        <w:t>ХОР&lt;br /&gt;</w:t>
        <w:br/>
        <w:t>їм почесть — справа благочестя,&lt;br /&gt;</w:t>
        <w:br/>
        <w:t>Але й владущих владу все ж&lt;br /&gt;</w:t>
        <w:br/>
        <w:t>875] Не вільно нам переступати,-&lt;br /&gt;</w:t>
        <w:br/>
        <w:t>Тебе твоє свавілля губить.</w:t>
      </w:r>
    </w:p>
    <w:p>
      <w:r>
        <w:br/>
        <w:t>Епод&lt;br /&gt;</w:t>
        <w:br/>
        <w:t>АНТІГОНА&lt;br /&gt;</w:t>
        <w:br/>
        <w:t>Без друзів, без плачу і пісень весільних&lt;br /&gt;</w:t>
        <w:br/>
        <w:t>Іду я, нещасна, в призначену путь&lt;br /&gt;</w:t>
        <w:br/>
        <w:t>І не побачу ніколи, бездольна, очей&lt;br /&gt;</w:t>
        <w:br/>
        <w:t>880] Священного в небі світила,-&lt;br /&gt;</w:t>
        <w:br/>
        <w:t>З друзів ніхто й не оплаче мене,&lt;br /&gt;</w:t>
        <w:br/>
        <w:t>Не зітхне в жалобі.&lt;br /&gt;</w:t>
        <w:br/>
        <w:t>Входить Креонт. [150]&lt;br /&gt;</w:t>
        <w:br/>
        <w:t>КРЕОНТ&lt;br /&gt;</w:t>
        <w:br/>
        <w:t>Дай перед смертю голосить і плакати —&lt;br /&gt;</w:t>
        <w:br/>
        <w:t>Цьому й кінця не буде, то звичайна річ.&lt;br /&gt;</w:t>
        <w:br/>
        <w:t>885] То відведіть же швидше й зачиніть її&lt;br /&gt;</w:t>
        <w:br/>
        <w:t>У підземеллі темнім, як звелів я вам,&lt;br /&gt;</w:t>
        <w:br/>
        <w:t>І залишіть одну там. Вільно вмерти їй&lt;br /&gt;</w:t>
        <w:br/>
        <w:t>Чи живши там, весілля навіть справити.&lt;br /&gt;</w:t>
        <w:br/>
        <w:t>Ми чисті перед дівчиною будемо,&lt;br /&gt;</w:t>
        <w:br/>
        <w:t>890] Та цього світа більше їй не бачити.&lt;br /&gt;</w:t>
        <w:br/>
        <w:t>АНТІГОНА&lt;br /&gt;</w:t>
        <w:br/>
        <w:t>О темний склепе, мій весільний захистку,&lt;br /&gt;</w:t>
        <w:br/>
        <w:t>Моя в'язнице й вічне пристановище.&lt;br /&gt;</w:t>
        <w:br/>
        <w:t>Йду до своїх, що Персефона без ліку&lt;br /&gt;</w:t>
        <w:br/>
        <w:t>В оселю мертвих прийняла навіки їх.&lt;br /&gt;</w:t>
        <w:br/>
        <w:t>895] Із них остання і найгірша долею&lt;br /&gt;</w:t>
        <w:br/>
        <w:t>В Аїд я сходжу, хоч життя й не скінчене.&lt;br /&gt;</w:t>
        <w:br/>
        <w:t>Та сподіваюсь, мила й там я батькові,&lt;br /&gt;</w:t>
        <w:br/>
        <w:t>Й тобі я мила буду, рідна матінко,&lt;br /&gt;</w:t>
        <w:br/>
        <w:t>Й для тебе мила, брате мій улюблений.&lt;br /&gt;</w:t>
        <w:br/>
        <w:t>900] Коли ви вмерли, я руками власними&lt;br /&gt;</w:t>
        <w:br/>
        <w:t>Обмила вас, прибрала й узливання вам&lt;br /&gt;</w:t>
        <w:br/>
        <w:t>Вчинила. Й от за те, що поховала я&lt;br /&gt;</w:t>
        <w:br/>
        <w:t>Тебе, мій Полініку, маю кару цю,&lt;br /&gt;</w:t>
        <w:br/>
        <w:t>Хоча розумний всяк би похвалив мене.&lt;br /&gt;</w:t>
        <w:br/>
        <w:t>905] Коли б була я жінкою та матір'ю&lt;br /&gt;</w:t>
        <w:br/>
        <w:t>І тіло мужа бачила померлого,&lt;br /&gt;</w:t>
        <w:br/>
        <w:t>Громадської я волі не порушила б,-&lt;br /&gt;</w:t>
        <w:br/>
        <w:t>Хіба людських законів не шаную я?&lt;br /&gt;</w:t>
        <w:br/>
        <w:t>Адже знайшла б я чоловіка іншого,&lt;br /&gt;</w:t>
        <w:br/>
        <w:t>910] Могла й дитину б іншу я придбати з ним.&lt;br /&gt;</w:t>
        <w:br/>
        <w:t>Але коли в Аїді й мати, й батько мій,&lt;br /&gt;</w:t>
        <w:br/>
        <w:t>То я вже брата іншого не матиму.&lt;br /&gt;</w:t>
        <w:br/>
        <w:t>Тебе ушанувавши, я дотримала&lt;br /&gt;</w:t>
        <w:br/>
        <w:t>Закон, Креонт же мовить — погрішила я,&lt;br /&gt;</w:t>
        <w:br/>
        <w:t>Страшний вчинила злочин, о мій братику!&lt;br /&gt;</w:t>
        <w:br/>
        <w:t>І от мене схопили, і на смерть я йду&lt;br /&gt;</w:t>
        <w:br/>
        <w:t>Без співів шлюбних, без весільних радощів,&lt;br /&gt;</w:t>
        <w:br/>
        <w:t>Ні діточок при лоні не голубивши,&lt;br /&gt;</w:t>
        <w:br/>
        <w:t>Одна, нещасна, друзями покинута,&lt;br /&gt;</w:t>
        <w:br/>
        <w:t>920] Жива в оселю мертвих я спускаюся.&lt;br /&gt;</w:t>
        <w:br/>
        <w:t>Який закон богів переступила я? [151]&lt;br /&gt;</w:t>
        <w:br/>
        <w:t>І як тепер, бездольній, до богів мені&lt;br /&gt;</w:t>
        <w:br/>
        <w:t>Звертатись? Як шукати в них заступників,&lt;br /&gt;</w:t>
        <w:br/>
        <w:t>Коли за чин побожний звусь безбожною?&lt;br /&gt;</w:t>
        <w:br/>
        <w:t>825] Що ж, можу я, коли богам угодно це,&lt;br /&gt;</w:t>
        <w:br/>
        <w:t>Свою, і потерпівши, визнать помилку.&lt;br /&gt;</w:t>
        <w:br/>
        <w:t>Вони ж як помилились, то не більше їм&lt;br /&gt;</w:t>
        <w:br/>
        <w:t>Бажаю зла, аніж від них зазнала я.&lt;br /&gt;</w:t>
        <w:br/>
        <w:t>ПРОВІДНИК ХОРУ&lt;br /&gt;</w:t>
        <w:br/>
        <w:t>Не стихає жорстокої бурі порив&lt;br /&gt;</w:t>
        <w:br/>
        <w:t>930] В цій бентежній душі.&lt;br /&gt;</w:t>
        <w:br/>
        <w:t>КРЕОНТ&lt;br /&gt;</w:t>
        <w:br/>
        <w:t>От тому й доведеться ще їм шкодувать,&lt;br /&gt;</w:t>
        <w:br/>
        <w:t>Тим, що й досі її відвести забарились.&lt;br /&gt;</w:t>
        <w:br/>
        <w:t>АНТІГОНА&lt;br /&gt;</w:t>
        <w:br/>
        <w:t>Ой леле! З цих слів я вже чую — моя&lt;br /&gt;</w:t>
        <w:br/>
        <w:t>Наближається смерть.&lt;br /&gt;</w:t>
        <w:br/>
        <w:t>КРЕОНТ&lt;br /&gt;</w:t>
        <w:br/>
        <w:t>935] Подавати облудних не буду надій,&lt;br /&gt;</w:t>
        <w:br/>
        <w:t>Що не справдиться те, що жахає тебе.&lt;br /&gt;</w:t>
        <w:br/>
        <w:t>(Виходить).&lt;br /&gt;</w:t>
        <w:br/>
        <w:t>АНТІГОНА&lt;br /&gt;</w:t>
        <w:br/>
        <w:t>О країни фіванської місто святе 1&lt;br /&gt;</w:t>
        <w:br/>
        <w:t>О вітчизни богове безсмертні!&lt;br /&gt;</w:t>
        <w:br/>
        <w:t>От ведуть вже мене, й повороту нема.&lt;br /&gt;</w:t>
        <w:br/>
        <w:t>940] Подивіться на мене, старійшини Фів,&lt;br /&gt;</w:t>
        <w:br/>
        <w:t>На останню із славного роду царів,-&lt;br /&gt;</w:t>
        <w:br/>
        <w:t>Що терпіти повинна від цих я людей&lt;br /&gt;</w:t>
        <w:br/>
        <w:t>Лиш за те,&lt;br /&gt;</w:t>
        <w:br/>
        <w:t>що я гідне пошани шаную.</w:t>
      </w:r>
    </w:p>
    <w:p>
      <w:r>
        <w:br/>
        <w:t>Стасим четвертий&lt;br /&gt;</w:t>
        <w:br/>
        <w:t>ХОР&lt;br /&gt;</w:t>
        <w:br/>
        <w:t>Строфа 1&lt;br /&gt;</w:t>
        <w:br/>
        <w:t>945] Так Даная колись світло небесне&lt;br /&gt;</w:t>
        <w:br/>
        <w:t>Вкрила тьмою важких мідноокутих башт.&lt;br /&gt;</w:t>
        <w:br/>
        <w:t>Пагорб могильний [152]&lt;br /&gt;</w:t>
        <w:br/>
        <w:t>Став їй замість весільних покоїв.&lt;br /&gt;</w:t>
        <w:br/>
        <w:t>Славен був її рід, любе моє дитя,&lt;br /&gt;</w:t>
        <w:br/>
        <w:t>950] Адже лоно її Зевсів скропив дощ золотий.&lt;br /&gt;</w:t>
        <w:br/>
        <w:t>Але долі страшна влада тяжить над нами,&lt;br /&gt;</w:t>
        <w:br/>
        <w:t>Сильніше злота і твердинь,&lt;br /&gt;</w:t>
        <w:br/>
        <w:t>І війська, й чорних кораблів,&lt;br /&gt;</w:t>
        <w:br/>
        <w:t>Що пінять хвиль морських вологу.&lt;br /&gt;</w:t>
        <w:br/>
        <w:t>Антистрофа 1&lt;br /&gt;</w:t>
        <w:br/>
        <w:t>955] Так приборканий був цар едонійський,&lt;br /&gt;</w:t>
        <w:br/>
        <w:t>Син Дріанта палкий,— сам Діоніс його&lt;br /&gt;</w:t>
        <w:br/>
        <w:t>В темній печері&lt;br /&gt;</w:t>
        <w:br/>
        <w:t>Ув'язнив за гордливу зухвалість.&lt;br /&gt;</w:t>
        <w:br/>
        <w:t>960] В вогкій скелі остиг буйного серця шал,&lt;br /&gt;</w:t>
        <w:br/>
        <w:t>Цвіт гордливий зів'яв, марність зусиль той зрозумів,&lt;br /&gt;</w:t>
        <w:br/>
        <w:t>Хто зухвало посмів Вакхову вдасть хулитп,&lt;br /&gt;</w:t>
        <w:br/>
        <w:t>Хто з рук ним ведених жінок&lt;br /&gt;</w:t>
        <w:br/>
        <w:t>Вогонь божистий виривав,&lt;br /&gt;</w:t>
        <w:br/>
        <w:t>Тривожив муз натхненні співи.&lt;br /&gt;</w:t>
        <w:br/>
        <w:t>Строфа 2&lt;br /&gt;</w:t>
        <w:br/>
        <w:t>Біля скель голубих між морями-близнятами,&lt;br /&gt;</w:t>
        <w:br/>
        <w:t>Де стоїть Сальмідес на Босфорі фракійському,&lt;br /&gt;</w:t>
        <w:br/>
        <w:t>Там сусідній Арес з жахом побачив&lt;br /&gt;</w:t>
        <w:br/>
        <w:t>Лиш рани замість очей&lt;br /&gt;</w:t>
        <w:br/>
        <w:t>В юних синів Фенея —&lt;br /&gt;</w:t>
        <w:br/>
        <w:t>Їх пройняла вістрям веретена&lt;br /&gt;</w:t>
        <w:br/>
        <w:t>Рука кривава мачухи безжальної,&lt;br /&gt;</w:t>
        <w:br/>
        <w:t>975] І лиш очниці невидющі&lt;br /&gt;</w:t>
        <w:br/>
        <w:t>З ясних небес&lt;br /&gt;</w:t>
        <w:br/>
        <w:t>помсти їй волали.&lt;br /&gt;</w:t>
        <w:br/>
        <w:t>Антистрофа 2&lt;br /&gt;</w:t>
        <w:br/>
        <w:t>І ридали бездольні&lt;br /&gt;</w:t>
        <w:br/>
        <w:t>вони за бездольною,&lt;br /&gt;</w:t>
        <w:br/>
        <w:t>980] У нещасному шлюбі загиблою матір'ю,&lt;br /&gt;</w:t>
        <w:br/>
        <w:t>Славна ж родом була, від Ерехтея&lt;br /&gt;</w:t>
        <w:br/>
        <w:t>Ведучи свій родовід,&lt;br /&gt;</w:t>
        <w:br/>
        <w:t>В дальніх росла печерах, — [153]&lt;br /&gt;</w:t>
        <w:br/>
        <w:t>Плекана бур батькових ревінням&lt;br /&gt;</w:t>
        <w:br/>
        <w:t>985] Дочка Борея, наче бистрий кінь, легка;&lt;br /&gt;</w:t>
        <w:br/>
        <w:t>Дитя богів, та сиві мойри&lt;br /&gt;</w:t>
        <w:br/>
        <w:t>Вже перейшли путь їй,— о дитино! .</w:t>
      </w:r>
    </w:p>
    <w:p>
      <w:r>
        <w:br/>
        <w:t>Епісодій п'ятий&lt;br /&gt;</w:t>
        <w:br/>
        <w:t>ТІРЕСІЙ&lt;br /&gt;</w:t>
        <w:br/>
        <w:t>Старійшини фіванські! Ми удвох прийшли,&lt;br /&gt;</w:t>
        <w:br/>
        <w:t>Та лиш один а нас зрячий, бо дорогу нам,&lt;br /&gt;</w:t>
        <w:br/>
        <w:t>990] Сліпим, звичайно, поводир показує.&lt;br /&gt;</w:t>
        <w:br/>
        <w:t>КРЕОНТ&lt;br /&gt;</w:t>
        <w:br/>
        <w:t>Що ж там нового, старче мій Тіресію?&lt;br /&gt;</w:t>
        <w:br/>
        <w:t>ТІРЕСІЙ&lt;br /&gt;</w:t>
        <w:br/>
        <w:t>Скажу, ти ж слів послухай ворожбитових.&lt;br /&gt;</w:t>
        <w:br/>
        <w:t>КРЕОНТ&lt;br /&gt;</w:t>
        <w:br/>
        <w:t>Твоїх порад не відкидав ніколи я.&lt;br /&gt;</w:t>
        <w:br/>
        <w:t>ТІРЕСІЙ&lt;br /&gt;</w:t>
        <w:br/>
        <w:t>Тому-то й містом так щасливо правиш ти.&lt;br /&gt;</w:t>
        <w:br/>
        <w:t>КРЕОНТ&lt;br /&gt;</w:t>
        <w:br/>
        <w:t>895] Ти, признаюсь, багато допоміг мені.&lt;br /&gt;</w:t>
        <w:br/>
        <w:t>ТІРЕСІЙ&lt;br /&gt;</w:t>
        <w:br/>
        <w:t>І от на лезо долю ти поставив знов.&lt;br /&gt;</w:t>
        <w:br/>
        <w:t>КРЕОНТ&lt;br /&gt;</w:t>
        <w:br/>
        <w:t>В чім справа? Ці слова мене стривожили.&lt;br /&gt;</w:t>
        <w:br/>
        <w:t>ТІРЕСІЙ&lt;br /&gt;</w:t>
        <w:br/>
        <w:t>Збагнеш, коли скажу тобі прикмети я.&lt;br /&gt;</w:t>
        <w:br/>
        <w:t>Сидів одного разу я над урвищем,&lt;br /&gt;</w:t>
        <w:br/>
        <w:t>1000] Де віщі птиці зграями злітаються.&lt;br /&gt;</w:t>
        <w:br/>
        <w:t>І раптом дикий чую я пташиний крик,&lt;br /&gt;</w:t>
        <w:br/>
        <w:t>І гніву й люті повен незбагненної.&lt;br /&gt;</w:t>
        <w:br/>
        <w:t>Терзають, видно, кігтем один одного,&lt;br /&gt;</w:t>
        <w:br/>
        <w:t>Й повітря аж дзвенить од крил їх шелесту.&lt;br /&gt;</w:t>
        <w:br/>
        <w:t>1005] Жахнувшись, хтів над вівтарем палаючим&lt;br /&gt;</w:t>
        <w:br/>
        <w:t>З вогню я ворожити, та Гефестове [154]&lt;br /&gt;</w:t>
        <w:br/>
        <w:t>Не спалахнуло полум'я, лиш в попелі&lt;br /&gt;</w:t>
        <w:br/>
        <w:t>Сочився жир, із стегон опливаючи&lt;br /&gt;</w:t>
        <w:br/>
        <w:t>Овечих, і димився, і вибризкував,&lt;br /&gt;</w:t>
        <w:br/>
        <w:t>1010] І жовчі розливалась чорна пасока,&lt;br /&gt;</w:t>
        <w:br/>
        <w:t>Й біліла кість, від м'яса вже оголена.&lt;br /&gt;</w:t>
        <w:br/>
        <w:t>Про все оце мій хлопчик розповів мені,&lt;br /&gt;</w:t>
        <w:br/>
        <w:t>Коли я віщих марно дожидав ознак,&lt;br /&gt;</w:t>
        <w:br/>
        <w:t>Тож він — вожай для мене, як і я для вас.&lt;br /&gt;</w:t>
        <w:br/>
        <w:t>1015] Напасть цю терпить місто через вирок твій,&lt;br /&gt;</w:t>
        <w:br/>
        <w:t>Всі вівтарі в країні й хатні вогнища&lt;br /&gt;</w:t>
        <w:br/>
        <w:t>Птахи пооскверняли та бездомні пси,&lt;br /&gt;</w:t>
        <w:br/>
        <w:t>Що трупом Полініковим живилися.&lt;br /&gt;</w:t>
        <w:br/>
        <w:t>За це боги ні молитов, ні полум'я&lt;br /&gt;</w:t>
        <w:br/>
        <w:t>1020] Жертовного не хочуть і приймать од нас,&lt;br /&gt;</w:t>
        <w:br/>
        <w:t>Ознак нам віщим криком не дають птахи,&lt;br /&gt;</w:t>
        <w:br/>
        <w:t>Густої крові вбитого напившися.&lt;br /&gt;</w:t>
        <w:br/>
        <w:t>Над цим подумай, сипу. Всі-бо люди ми,&lt;br /&gt;</w:t>
        <w:br/>
        <w:t>І кожному властиво помилятися.&lt;br /&gt;</w:t>
        <w:br/>
        <w:t>1025] Хто ж помиливсь, якщо не безрозсудний він&lt;br /&gt;</w:t>
        <w:br/>
        <w:t>І не пропащий, впавши, не лежатиме,&lt;br /&gt;</w:t>
        <w:br/>
        <w:t>А встане й тут же помилку ту виправить.&lt;br /&gt;</w:t>
        <w:br/>
        <w:t>А впертість горда свідчить про убогий ум.&lt;br /&gt;</w:t>
        <w:br/>
        <w:t>Прости мерцеві і не бий лежачого,&lt;br /&gt;</w:t>
        <w:br/>
        <w:t>1030] хіба ж то доблесть — убивати мертвого?&lt;br /&gt;</w:t>
        <w:br/>
        <w:t>Я раджу добре й на добро. А вчитися&lt;br /&gt;</w:t>
        <w:br/>
        <w:t>В порадників хороших — завжди корисно.&lt;br /&gt;</w:t>
        <w:br/>
        <w:t>КРЕОНТ&lt;br /&gt;</w:t>
        <w:br/>
        <w:t>Гей, старче, всі ви, наче ті стрільці, мені&lt;br /&gt;</w:t>
        <w:br/>
        <w:t>Націлились у груди й віщуваннями&lt;br /&gt;</w:t>
        <w:br/>
        <w:t>1035] мене не обділяєте, а родичі&lt;br /&gt;</w:t>
        <w:br/>
        <w:t>Давно вже оцінили й продали мене.&lt;br /&gt;</w:t>
        <w:br/>
        <w:t>Що ж, наживайтесь, коли так, торгуючи&lt;br /&gt;</w:t>
        <w:br/>
        <w:t>Електром сардським чи індійським золотом —&lt;br /&gt;</w:t>
        <w:br/>
        <w:t>З собою їх в могили не сховаєте.&lt;br /&gt;</w:t>
        <w:br/>
        <w:t>1040] Ні, коли б навіть і орлята Зевсові&lt;br /&gt;</w:t>
        <w:br/>
        <w:t>Йому в поживу падло це приносили,&lt;br /&gt;</w:t>
        <w:br/>
        <w:t>То не злякався б і цієї скверни я,&lt;br /&gt;</w:t>
        <w:br/>
        <w:t>Й не допустив би похорону, знаю-бо —&lt;br /&gt;</w:t>
        <w:br/>
        <w:t>Богів несила осквернити смертному.&lt;br /&gt;</w:t>
        <w:br/>
        <w:t>1045] Та наймудріші, старче мій Тіресію, [155]&lt;br /&gt;</w:t>
        <w:br/>
        <w:t>Ганебно гинуть, якщо задля користі&lt;br /&gt;</w:t>
        <w:br/>
        <w:t>Словами прикрасять ганебні задуми.&lt;br /&gt;</w:t>
        <w:br/>
        <w:t>ТІРЕСІЙ&lt;br /&gt;</w:t>
        <w:br/>
        <w:t>Овва!&lt;br /&gt;</w:t>
        <w:br/>
        <w:t>Чи розуміє хто з людей, чи знає те?..&lt;br /&gt;</w:t>
        <w:br/>
        <w:t>КРЕОНТ&lt;br /&gt;</w:t>
        <w:br/>
        <w:t>Про що ти? Знов загальну скажеш істину?&lt;br /&gt;</w:t>
        <w:br/>
        <w:t>ТІРЕСІЙ&lt;br /&gt;</w:t>
        <w:br/>
        <w:t>1050] Наскільки розум вищий за багатства всі.&lt;br /&gt;</w:t>
        <w:br/>
        <w:t>КРЕОНТ&lt;br /&gt;</w:t>
        <w:br/>
        <w:t>Настільки і нерозум, мислю, па губний.&lt;br /&gt;</w:t>
        <w:br/>
        <w:t>ТІРЕСІЙ&lt;br /&gt;</w:t>
        <w:br/>
        <w:t>А от якраз на це-то і захворів ти.&lt;br /&gt;</w:t>
        <w:br/>
        <w:t>КРЕОНТ&lt;br /&gt;</w:t>
        <w:br/>
        <w:t>Не відповім зневажно віщунові я.&lt;br /&gt;</w:t>
        <w:br/>
        <w:t>ТІРЕСІЙ&lt;br /&gt;</w:t>
        <w:br/>
        <w:t>То не зневага — віщування лжею зваги?&lt;br /&gt;</w:t>
        <w:br/>
        <w:t>КРЕОНТ&lt;br /&gt;</w:t>
        <w:br/>
        <w:t>1055] Всі завжди ласі віщуни до золота.&lt;br /&gt;</w:t>
        <w:br/>
        <w:t>ТІРЕСІЙ&lt;br /&gt;</w:t>
        <w:br/>
        <w:t>Властива і тиранам всім корисливість.&lt;br /&gt;</w:t>
        <w:br/>
        <w:t>КРЕОНТ&lt;br /&gt;</w:t>
        <w:br/>
        <w:t>Чи не забув, віщуне, з ким говориш ти?&lt;br /&gt;</w:t>
        <w:br/>
        <w:t>ТІРЕСІЙ&lt;br /&gt;</w:t>
        <w:br/>
        <w:t>Ні,— знаю, що й царюєш завдяки мені.&lt;br /&gt;</w:t>
        <w:br/>
        <w:t>КРЕОНТ&lt;br /&gt;</w:t>
        <w:br/>
        <w:t>Ти мудрий, але любиш і дошкулити.&lt;br /&gt;</w:t>
        <w:br/>
        <w:t>ТІРЕСІЙ&lt;br /&gt;</w:t>
        <w:br/>
        <w:t>1060] Мене ти змусиш таємницю викрити.&lt;br /&gt;</w:t>
        <w:br/>
        <w:t>КРЕОНТ&lt;br /&gt;</w:t>
        <w:br/>
        <w:t>Що ж, викривай, лише не задля користі.&lt;br /&gt;</w:t>
        <w:br/>
        <w:t>ТІРЕСІЙ&lt;br /&gt;</w:t>
        <w:br/>
        <w:t>Невже таким і справді я здаюсь тобі? [156]&lt;br /&gt;</w:t>
        <w:br/>
        <w:t>КРЕОНТ&lt;br /&gt;</w:t>
        <w:br/>
        <w:t>Але ж моїх я рішень не зміню проте.&lt;br /&gt;</w:t>
        <w:br/>
        <w:t>ТІРЕСІЙ&lt;br /&gt;</w:t>
        <w:br/>
        <w:t>1065] То знай же, небагато перегонів ще&lt;br /&gt;</w:t>
        <w:br/>
        <w:t>Своїм звичайним колом пройде сонця бог,&lt;br /&gt;</w:t>
        <w:br/>
        <w:t>Як ти дитя, від лона твого роджене,&lt;br /&gt;</w:t>
        <w:br/>
        <w:t>Сам мертве мертвим віддаси відплатою&lt;br /&gt;</w:t>
        <w:br/>
        <w:t>За те, що ти до темряви підземної&lt;br /&gt;</w:t>
        <w:br/>
        <w:t>Живу спровадив душу так безжалісно.&lt;br /&gt;</w:t>
        <w:br/>
        <w:t>1070] А сам береш в богів підземних мертвого&lt;br /&gt;</w:t>
        <w:br/>
        <w:t>Й лишаєш непохованим, збезчещеним.&lt;br /&gt;</w:t>
        <w:br/>
        <w:t>Ні в тебе цього права, ні в богів нема&lt;br /&gt;</w:t>
        <w:br/>
        <w:t>Безсмертних, ти вчинив це проти волі їх.&lt;br /&gt;</w:t>
        <w:br/>
        <w:t>За це на тебе злобні ждуть Еріннії,&lt;br /&gt;</w:t>
        <w:br/>
        <w:t>1075] Аїда і богів нещадні месниці,&lt;br /&gt;</w:t>
        <w:br/>
        <w:t>Що за біду бідою відплатять тобі.&lt;br /&gt;</w:t>
        <w:br/>
        <w:t>Побачиш сам, чи мовлю це підкуплений,&lt;br /&gt;</w:t>
        <w:br/>
        <w:t>Чи ні. Ще зовсім трохи, і в дому твоїм&lt;br /&gt;</w:t>
        <w:br/>
        <w:t>Жінок і чоловіків зойк лунатиме.&lt;br /&gt;</w:t>
        <w:br/>
        <w:t>1080] Гнів повстає на тебе міст околишніх,&lt;br /&gt;</w:t>
        <w:br/>
        <w:t>Де на тілах синів їх непохованих&lt;br /&gt;</w:t>
        <w:br/>
        <w:t>Справляли пси, і звірі, й птиці похорон&lt;br /&gt;</w:t>
        <w:br/>
        <w:t>І вівтарі сквернили трупним смородом.&lt;br /&gt;</w:t>
        <w:br/>
        <w:t>1085] Ось стріли ті, що в серце, як стрілець, тобі&lt;br /&gt;</w:t>
        <w:br/>
        <w:t>Я в гніві кидав — ти ж його і викликав,-&lt;br /&gt;</w:t>
        <w:br/>
        <w:t>Отож від ран болючих не врятуєшся.&lt;br /&gt;</w:t>
        <w:br/>
        <w:t>Тепер додому, хлопче, відведи мене,-&lt;br /&gt;</w:t>
        <w:br/>
        <w:t>Нехай навчиться язика притримувать&lt;br /&gt;</w:t>
        <w:br/>
        <w:t>1090] їв голові набуде більше розуму.&lt;br /&gt;</w:t>
        <w:br/>
        <w:t>ПРОВІДНИК ХОРУ&lt;br /&gt;</w:t>
        <w:br/>
        <w:t>Страшне, державче, вирік віщування він.&lt;br /&gt;</w:t>
        <w:br/>
        <w:t>Та з дня, як на чолі у мене з чорного&lt;br /&gt;</w:t>
        <w:br/>
        <w:t>Волосся білим стало, добре знаю я:&lt;br /&gt;</w:t>
        <w:br/>
        <w:t>Ще не було неправди у словах його.&lt;br /&gt;</w:t>
        <w:br/>
        <w:t>КРЕОНТ&lt;br /&gt;</w:t>
        <w:br/>
        <w:t>1095] Я теж це знаю й серцем сам збентежений.&lt;br /&gt;</w:t>
        <w:br/>
        <w:t>Хоч тяжко поступатись, та, противлячись,&lt;br /&gt;</w:t>
        <w:br/>
        <w:t>Боюсь біди ще тяжчої накликати.&lt;br /&gt;</w:t>
        <w:br/>
        <w:t>ПРОВІДНИК ХОРУ&lt;br /&gt;</w:t>
        <w:br/>
        <w:t>О сину Менекеїв. будь розсудливий! [157]&lt;br /&gt;</w:t>
        <w:br/>
        <w:t>КРЕОНТ&lt;br /&gt;</w:t>
        <w:br/>
        <w:t>Та що ж робить? Скажи, я рад послухати.&lt;br /&gt;</w:t>
        <w:br/>
        <w:t>ПРОВІДНИК ХОРУ&lt;br /&gt;</w:t>
        <w:br/>
        <w:t>1100] іди ж бо, визволь із печери дівчину&lt;br /&gt;</w:t>
        <w:br/>
        <w:t>І, як належить, поховай померлого.&lt;br /&gt;</w:t>
        <w:br/>
        <w:t>КРЕОНТ&lt;br /&gt;</w:t>
        <w:br/>
        <w:t>Так ти вважаєш? Радий поступитися.&lt;br /&gt;</w:t>
        <w:br/>
        <w:t>ПРОВІДНИК ХОРУ&lt;br /&gt;</w:t>
        <w:br/>
        <w:t>І то мерщій, державче, не баряться-бо&lt;br /&gt;</w:t>
        <w:br/>
        <w:t>Швидкі богині на злодумних з карою.&lt;br /&gt;</w:t>
        <w:br/>
        <w:t>КРЕОНТ&lt;br /&gt;</w:t>
        <w:br/>
        <w:t>1105] О жах! Хоч тяжко, мушу відмінити я&lt;br /&gt;</w:t>
        <w:br/>
        <w:t>Свій вирок,— хто б змагався з Неминучістю!&lt;br /&gt;</w:t>
        <w:br/>
        <w:t>ПРОВІДНИК ХОРУ&lt;br /&gt;</w:t>
        <w:br/>
        <w:t>Йди й сам зроби, на інших не звіряючись.&lt;br /&gt;</w:t>
        <w:br/>
        <w:t>КРЕОНТ&lt;br /&gt;</w:t>
        <w:br/>
        <w:t>Іду негайно. Гей ви, слуги, всі, хто є&lt;br /&gt;</w:t>
        <w:br/>
        <w:t>Й кого немає, гострі топори беріть&lt;br /&gt;</w:t>
        <w:br/>
        <w:t>1110] І он до того місця поспішайте всії&lt;br /&gt;</w:t>
        <w:br/>
        <w:t>А я, своє веління сам касуючи,&lt;br /&gt;</w:t>
        <w:br/>
        <w:t>Сам із в'язниці дівчину ту випущу.&lt;br /&gt;</w:t>
        <w:br/>
        <w:t>Збагнув я — нам до смерті шанувати слід&lt;br /&gt;</w:t>
        <w:br/>
        <w:t>Закони споконвіку установлені.</w:t>
      </w:r>
    </w:p>
    <w:p>
      <w:r>
        <w:br/>
        <w:t>Стасим п'ятий&lt;br /&gt;</w:t>
        <w:br/>
        <w:t>(Гіпорхема)&lt;br /&gt;</w:t>
        <w:br/>
        <w:t>ХОР&lt;br /&gt;</w:t>
        <w:br/>
        <w:t>Строфа 1&lt;br /&gt;</w:t>
        <w:br/>
        <w:t>1115] Громовладного бога сину многойменний,&lt;br /&gt;</w:t>
        <w:br/>
        <w:t>Діви кадмейської гордість,&lt;br /&gt;</w:t>
        <w:br/>
        <w:t>Італії страже славетний,&lt;br /&gt;</w:t>
        <w:br/>
        <w:t>Що обнімаєш владно&lt;br /&gt;</w:t>
        <w:br/>
        <w:t>Елевсінські луки гостинні&lt;br /&gt;</w:t>
        <w:br/>
        <w:t>1120] В краю Деметри, [158]&lt;br /&gt;</w:t>
        <w:br/>
        <w:t>О Вакху,&lt;br /&gt;</w:t>
        <w:br/>
        <w:t>що в Фівах живеш, материнськім&lt;br /&gt;</w:t>
        <w:br/>
        <w:t>Місті буйних вакханок,&lt;br /&gt;</w:t>
        <w:br/>
        <w:t>Біля джерел Ісмени,&lt;br /&gt;</w:t>
        <w:br/>
        <w:t>1125] Де засів дракона сходить!&lt;br /&gt;</w:t>
        <w:br/>
        <w:t>Антистрофа 1&lt;br /&gt;</w:t>
        <w:br/>
        <w:t>Де з двоверхої скелі димом полум'я грає, —&lt;br /&gt;</w:t>
        <w:br/>
        <w:t>Де корікійські німфи&lt;br /&gt;</w:t>
        <w:br/>
        <w:t>Вакхічні ведуть хороводи&lt;br /&gt;</w:t>
        <w:br/>
        <w:t>При джерелі кастальськім,-&lt;br /&gt;</w:t>
        <w:br/>
        <w:t>1130] Ти зі схилів Ніси приходиш,&lt;br /&gt;</w:t>
        <w:br/>
        <w:t>Плющем повитих,&lt;br /&gt;</w:t>
        <w:br/>
        <w:t>Із зелені й пурпуру лоз виноградних.&lt;br /&gt;</w:t>
        <w:br/>
        <w:t>Щоб під крики священні&lt;br /&gt;</w:t>
        <w:br/>
        <w:t>Глянути па фіванські&lt;br /&gt;</w:t>
        <w:br/>
        <w:t>1135] Укриті народом площі г&lt;br /&gt;</w:t>
        <w:br/>
        <w:t>Сам ти й мати твоя,&lt;br /&gt;</w:t>
        <w:br/>
        <w:t>Що Зевсів&lt;br /&gt;</w:t>
        <w:br/>
        <w:t>грім її вбив,&lt;br /&gt;</w:t>
        <w:br/>
        <w:t>Нашим Фівам вищу всіх&lt;br /&gt;</w:t>
        <w:br/>
        <w:t>1140] Шану й честь віддали,&lt;br /&gt;</w:t>
        <w:br/>
        <w:t>а тепер,&lt;br /&gt;</w:t>
        <w:br/>
        <w:t>Коли хворість над містом тяжить,&lt;br /&gt;</w:t>
        <w:br/>
        <w:t>Зійди цілющим кроком&lt;br /&gt;</w:t>
        <w:br/>
        <w:t>з парнаських висот&lt;br /&gt;</w:t>
        <w:br/>
        <w:t>1145] На тихий шумливого моря берег.&lt;br /&gt;</w:t>
        <w:br/>
        <w:t>Антистрофа 2&lt;br /&gt;</w:t>
        <w:br/>
        <w:t>Зір палаючих вождь,&lt;br /&gt;</w:t>
        <w:br/>
        <w:t>Владар нічних голосів,&lt;br /&gt;</w:t>
        <w:br/>
        <w:t>Зевсів паростку, прийди,&lt;br /&gt;</w:t>
        <w:br/>
        <w:t>О державче, із сонмом фіад,&lt;br /&gt;</w:t>
        <w:br/>
        <w:t>1150] Що буянням вакхічних пісень&lt;br /&gt;</w:t>
        <w:br/>
        <w:t>В нестримнім танців шалі вславляють тебе,&lt;br /&gt;</w:t>
        <w:br/>
        <w:t>Блаженства подателю, о Вакху! [159]</w:t>
      </w:r>
    </w:p>
    <w:p>
      <w:r>
        <w:br/>
        <w:t>Ексод&lt;br /&gt;</w:t>
        <w:br/>
        <w:t>ВІСНИК&lt;br /&gt;</w:t>
        <w:br/>
        <w:t>Оселі Кадма й Амфіопа жителі!&lt;br /&gt;</w:t>
        <w:br/>
        <w:t>1155] Нема життя людського, що весь час його&lt;br /&gt;</w:t>
        <w:br/>
        <w:t>Могли б чи вихваляти ми,&lt;br /&gt;</w:t>
        <w:br/>
        <w:t>чи ганити.&lt;br /&gt;</w:t>
        <w:br/>
        <w:t>Підносить щастя, щастя ж і знедолює&lt;br /&gt;</w:t>
        <w:br/>
        <w:t>Щасливого так само, як нещасного.&lt;br /&gt;</w:t>
        <w:br/>
        <w:t>1160] A як — того провісник не відкрив нам.&lt;br /&gt;</w:t>
        <w:br/>
        <w:t>Здавалось, можна заздрити Креонтові —&lt;br /&gt;</w:t>
        <w:br/>
        <w:t>Вій землю Кадма врятував від ворога,&lt;br /&gt;</w:t>
        <w:br/>
        <w:t>І владарем єдиним став над нею він,&lt;br /&gt;</w:t>
        <w:br/>
        <w:t>І квітнув щастям у вінку дітей своїх.&lt;br /&gt;</w:t>
        <w:br/>
        <w:t>1165] І от — усе загинуло. Хто радості&lt;br /&gt;</w:t>
        <w:br/>
        <w:t>В житті позбувся, не живий для мене той,&lt;br /&gt;</w:t>
        <w:br/>
        <w:t>Лише бродячим трупом я б назвав його.&lt;br /&gt;</w:t>
        <w:br/>
        <w:t>Збирай, як хоч, багатства у дому своїм,&lt;br /&gt;</w:t>
        <w:br/>
        <w:t>Живи як цар, а як не маєш щастя ти,&lt;br /&gt;</w:t>
        <w:br/>
        <w:t>1170] То не віддам за все це й тіні диму я,&lt;br /&gt;</w:t>
        <w:br/>
        <w:t>До справжніх людських порівнявши радощі".&lt;br /&gt;</w:t>
        <w:br/>
        <w:t>ПРОВІДНИК ХОРУ&lt;br /&gt;</w:t>
        <w:br/>
        <w:t>Яку ж біду цареві ти звістить прийшов?&lt;br /&gt;</w:t>
        <w:br/>
        <w:t>ВІСНИК&lt;br /&gt;</w:t>
        <w:br/>
        <w:t>Це — вість про смерть. Але живий, хто винен в ній&lt;br /&gt;</w:t>
        <w:br/>
        <w:t>ПРОВІДНИК ХОРУ&lt;br /&gt;</w:t>
        <w:br/>
        <w:t>Хто ж винен? І загинув хто? Кажи мерщій.&lt;br /&gt;</w:t>
        <w:br/>
        <w:t>ВІСНИК&lt;br /&gt;</w:t>
        <w:br/>
        <w:t>1175] Гемон загинув — від своєї вмер руки.&lt;br /&gt;</w:t>
        <w:br/>
        <w:t>ПРОВІДНИК ХОРУ&lt;br /&gt;</w:t>
        <w:br/>
        <w:t>Це ж як — від батькової, чи від власної?&lt;br /&gt;</w:t>
        <w:br/>
        <w:t>ВІСНИК&lt;br /&gt;</w:t>
        <w:br/>
        <w:t>Вбив сам себе, на батька злий за дівчину.&lt;br /&gt;</w:t>
        <w:br/>
        <w:t>ПРОВІДНИК ХОРУ&lt;br /&gt;</w:t>
        <w:br/>
        <w:t>О старче віщий! Провістив правдиво ти!&lt;br /&gt;</w:t>
        <w:br/>
        <w:t>ВІСНИК&lt;br /&gt;</w:t>
        <w:br/>
        <w:t>Як так, то й про майбутнє слід подумати. [160]&lt;br /&gt;</w:t>
        <w:br/>
        <w:t>ПРОВІДНИК ХОРУ&lt;br /&gt;</w:t>
        <w:br/>
        <w:t>1180] Нещасна он із дому Еврідіка йде,&lt;br /&gt;</w:t>
        <w:br/>
        <w:t>Креонтова дружина,— випадково це&lt;br /&gt;</w:t>
        <w:br/>
        <w:t>Чи вже вона про сина щось довідалась?&lt;br /&gt;</w:t>
        <w:br/>
        <w:t>ЕВРІДІКА&lt;br /&gt;</w:t>
        <w:br/>
        <w:t>О громадяни, вашу я, виходячи,&lt;br /&gt;</w:t>
        <w:br/>
        <w:t>Розмову чула,— йшла у храм Паллади я&lt;br /&gt;</w:t>
        <w:br/>
        <w:t>1185] Молитву скласти перед вівтарем її.&lt;br /&gt;</w:t>
        <w:br/>
        <w:t>Лиш засув хтіла в дверях я відсунути,&lt;br /&gt;</w:t>
        <w:br/>
        <w:t>Як наче громом вух моїх торкнулася&lt;br /&gt;</w:t>
        <w:br/>
        <w:t>Скорботна вість,— я з жаху знепритомніла&lt;br /&gt;</w:t>
        <w:br/>
        <w:t>Й до рук служницям навзнак похилилася.&lt;br /&gt;</w:t>
        <w:br/>
        <w:t>1190] Але прошу, всю правду розкажіть мені,-&lt;br /&gt;</w:t>
        <w:br/>
        <w:t>Не вперше-бо лихі я вісті слухаю.&lt;br /&gt;</w:t>
        <w:br/>
        <w:t>ВІСНИК&lt;br /&gt;</w:t>
        <w:br/>
        <w:t>Я все, владарко люба, розповім тобі&lt;br /&gt;</w:t>
        <w:br/>
        <w:t>Як очевидець,— не втаю нічого я.&lt;br /&gt;</w:t>
        <w:br/>
        <w:t>Навіщо б я втішав тебе неправдою?&lt;br /&gt;</w:t>
        <w:br/>
        <w:t>1195] Щоб брехуном назвала? Краще правди путь.&lt;br /&gt;</w:t>
        <w:br/>
        <w:t>Провів твойого мужа я на пагорок,&lt;br /&gt;</w:t>
        <w:br/>
        <w:t>Де псами безпощадними розтерзане&lt;br /&gt;</w:t>
        <w:br/>
        <w:t>В ганьбі валялось тіло Полінікове.&lt;br /&gt;</w:t>
        <w:br/>
        <w:t>Богині придорожній і Плутонові&lt;br /&gt;</w:t>
        <w:br/>
        <w:t>1200] Ми помолились, щоб зм'якшили гнів вони.&lt;br /&gt;</w:t>
        <w:br/>
        <w:t>Та обмиванням очисним омивши труп,&lt;br /&gt;</w:t>
        <w:br/>
        <w:t>Ми все спалили на гіллі оливному.&lt;br /&gt;</w:t>
        <w:br/>
        <w:t>Тоді із рідної землі насипали&lt;br /&gt;</w:t>
        <w:br/>
        <w:t>Могилу і до кам'яних покоїв ми&lt;br /&gt;</w:t>
        <w:br/>
        <w:t>1205] Пішли Аїдової нареченої.&lt;br /&gt;</w:t>
        <w:br/>
        <w:t>Та от ридання хтось почув іздалеку,&lt;br /&gt;</w:t>
        <w:br/>
        <w:t>Що долинало із печери темної,&lt;br /&gt;</w:t>
        <w:br/>
        <w:t>І враз побіг доповісти Креонтові.&lt;br /&gt;</w:t>
        <w:br/>
        <w:t>Став чути, підійшовши, й він ті жалоби&lt;br /&gt;</w:t>
        <w:br/>
        <w:t>1210] Непевні й, застогнавши тяжко, скрикнув вігі&lt;br /&gt;</w:t>
        <w:br/>
        <w:t>В журбі: "О безталанний, чи не сам біду&lt;br /&gt;</w:t>
        <w:br/>
        <w:t>Накликав я? З усіх доріг життя мого&lt;br /&gt;</w:t>
        <w:br/>
        <w:t>Чи не ступив на путь я найнещаснішу?&lt;br /&gt;</w:t>
        <w:br/>
        <w:t>Я чую сина голос. Побіжіть мерщій,&lt;br /&gt;</w:t>
        <w:br/>
        <w:t>1215] Погляньте, слуги, через кам'яний пролом&lt;br /&gt;</w:t>
        <w:br/>
        <w:t>У глиб підземної печери — справді я&lt;br /&gt;</w:t>
        <w:br/>
        <w:t>Відтіль Гемона голос чую рідного [161]&lt;br /&gt;</w:t>
        <w:br/>
        <w:t>Чи то мене богове лиш обманюють".&lt;br /&gt;</w:t>
        <w:br/>
        <w:t>Як владар, ледь живий од страху, мовив нам,&lt;br /&gt;</w:t>
        <w:br/>
        <w:t>1220] Так ми зробили — в підземеллі темному&lt;br /&gt;</w:t>
        <w:br/>
        <w:t>Побачили ми діву, що повісилась,&lt;br /&gt;</w:t>
        <w:br/>
        <w:t>Петлю зв'язавши з покривала верхнього.&lt;br /&gt;</w:t>
        <w:br/>
        <w:t>А поряд він, труп милий обнімаючи,&lt;br /&gt;</w:t>
        <w:br/>
        <w:t>Оплакував загибель нареченої,&lt;br /&gt;</w:t>
        <w:br/>
        <w:t>1225] Нещасний шлюб свій і жорстокість батькову.&lt;br /&gt;</w:t>
        <w:br/>
        <w:t>Креонт, його побачивши, із стогоном&lt;br /&gt;</w:t>
        <w:br/>
        <w:t>У склеп до нього кинувся, волаючи:&lt;br /&gt;</w:t>
        <w:br/>
        <w:t>"Нещасний, що ти робиш? Що замислив ти?&lt;br /&gt;</w:t>
        <w:br/>
        <w:t>Яке безумство помутило розум твій?&lt;br /&gt;</w:t>
        <w:br/>
        <w:t>1230] Йди звідси, сину, я прошу, молю тебе!"&lt;br /&gt;</w:t>
        <w:br/>
        <w:t>Але юнак, ні слова не промовивши,&lt;br /&gt;</w:t>
        <w:br/>
        <w:t>Лиш дико глянувши, із піхов вихопив&lt;br /&gt;</w:t>
        <w:br/>
        <w:t>Свій меч двосічний. Ледве врятувавсь отець,&lt;br /&gt;</w:t>
        <w:br/>
        <w:t>Вбік швидко відхилившись. І на себе шал&lt;br /&gt;</w:t>
        <w:br/>
        <w:t>1235] Свій обернувши, груди простромив собі&lt;br /&gt;</w:t>
        <w:br/>
        <w:t>Мечем; бездольний і напівпритомний вже,&lt;br /&gt;</w:t>
        <w:br/>
        <w:t>Обняв він мертве тіло нареченої,&lt;br /&gt;</w:t>
        <w:br/>
        <w:t>І краплі крові із останнім подихом&lt;br /&gt;</w:t>
        <w:br/>
        <w:t>Пролив на лиця білі вмерлій дівчині.&lt;br /&gt;</w:t>
        <w:br/>
        <w:t>1240] Труп біля трупа — так вони лежали там,-&lt;br /&gt;</w:t>
        <w:br/>
        <w:t>Шлюб скорбний їх у тьмі з'єднав Аїдовій,-&lt;br /&gt;</w:t>
        <w:br/>
        <w:t>Хай для людей це вічним буде прикладом;&lt;br /&gt;</w:t>
        <w:br/>
        <w:t>Немає вад безумство лиха гіршого.&lt;br /&gt;</w:t>
        <w:br/>
        <w:t>ПРОВІДНИК ХОРУ&lt;br /&gt;</w:t>
        <w:br/>
        <w:t>Що значить це? У дім вона вернулася,&lt;br /&gt;</w:t>
        <w:br/>
        <w:t>1245] Ні злого не сказавши, ані доброго.&lt;br /&gt;</w:t>
        <w:br/>
        <w:t>ВІСНИК&lt;br /&gt;</w:t>
        <w:br/>
        <w:t>І я дивуюсь, але все ж надіюся,&lt;br /&gt;</w:t>
        <w:br/>
        <w:t>Що сором їй при всіх над сином сльози лить&lt;br /&gt;</w:t>
        <w:br/>
        <w:t>І хоче в домі разом із служницями&lt;br /&gt;</w:t>
        <w:br/>
        <w:t>Вона без свідків досхочу наплакатись.&lt;br /&gt;</w:t>
        <w:br/>
        <w:t>1250] Не схибить жінка, досить в неї розуму.&lt;br /&gt;</w:t>
        <w:br/>
        <w:t>ПРОВІДНИК ХОРУ&lt;br /&gt;</w:t>
        <w:br/>
        <w:t>Не знаю, тільки тиша ця здається нам&lt;br /&gt;</w:t>
        <w:br/>
        <w:t>Від голосіння марного страшнішою.&lt;br /&gt;</w:t>
        <w:br/>
        <w:t>ВІСНИК&lt;br /&gt;</w:t>
        <w:br/>
        <w:t>Ми зараз будем знати, чи, зайшовши в дім,&lt;br /&gt;</w:t>
        <w:br/>
        <w:t>Вона не затаїла в серці змученім [162]&lt;br /&gt;</w:t>
        <w:br/>
        <w:t>1255] Думок таємних. Справедливо кажеш ти:&lt;br /&gt;</w:t>
        <w:br/>
        <w:t>В мовчанні, надто довгім, щось непевне є.&lt;br /&gt;</w:t>
        <w:br/>
        <w:t>ПРОВІДНИК ХОРУ&lt;br /&gt;</w:t>
        <w:br/>
        <w:t>От і сам володар вже підходить до нас,&lt;br /&gt;</w:t>
        <w:br/>
        <w:t>Переконливий доказ несе він в руках,&lt;br /&gt;</w:t>
        <w:br/>
        <w:t>Якщо можна сказать, не чужої біди,&lt;br /&gt;</w:t>
        <w:br/>
        <w:t>1260] д своєї провини тяжкої.</w:t>
      </w:r>
    </w:p>
    <w:p>
      <w:r>
        <w:br/>
        <w:t>Комос&lt;br /&gt;</w:t>
        <w:br/>
        <w:t>Строфа 1&lt;br /&gt;</w:t>
        <w:br/>
        <w:t>КРЕОНТ&lt;br /&gt;</w:t>
        <w:br/>
        <w:t>О гріх тяжкий,.&lt;br /&gt;</w:t>
        <w:br/>
        <w:t>Похиб розуму нерозумного,&lt;br /&gt;</w:t>
        <w:br/>
        <w:t>Смертоносної гріх упертості!&lt;br /&gt;</w:t>
        <w:br/>
        <w:t>Подивіться-бо — вбиті з вбивцями&lt;br /&gt;</w:t>
        <w:br/>
        <w:t>1265] Крові спільністю щільно з'єднані.&lt;br /&gt;</w:t>
        <w:br/>
        <w:t>Жалюгідні ви, мої задуми!&lt;br /&gt;</w:t>
        <w:br/>
        <w:t>Сина юного юна смерть взяла —&lt;br /&gt;</w:t>
        <w:br/>
        <w:t>горе, горе нам —&lt;br /&gt;</w:t>
        <w:br/>
        <w:t>Ти пішов од нас і загинув ти:&lt;br /&gt;</w:t>
        <w:br/>
        <w:t>Та не винен ти — винен я у тім!&lt;br /&gt;</w:t>
        <w:br/>
        <w:t>ХОР&lt;br /&gt;</w:t>
        <w:br/>
        <w:t>1270] Ой леле!&lt;br /&gt;</w:t>
        <w:br/>
        <w:t>Надто пізно бачиш правду ти.&lt;br /&gt;</w:t>
        <w:br/>
        <w:t>КРЕОНТ&lt;br /&gt;</w:t>
        <w:br/>
        <w:t>О горе!&lt;br /&gt;</w:t>
        <w:br/>
        <w:t>її збагнув я, нещасливий! Бог якийсь&lt;br /&gt;</w:t>
        <w:br/>
        <w:t>Мене безжально вразив прямо в голову,&lt;br /&gt;</w:t>
        <w:br/>
        <w:t>1275] На шлях нещасть жорстоких раптом кинувши,-":&lt;br /&gt;</w:t>
        <w:br/>
        <w:t>О горе, радість всю мені розтоптано,&lt;br /&gt;</w:t>
        <w:br/>
        <w:t>О марна марносте жадань і прагнень всіх!&lt;br /&gt;</w:t>
        <w:br/>
        <w:t>ВІСНИК ДРУГИЙ&lt;br /&gt;</w:t>
        <w:br/>
        <w:t>О скільки горя в тебе, володарю мій!&lt;br /&gt;</w:t>
        <w:br/>
        <w:t>Одне в руках несеш ти, друге — жде тебе&lt;br /&gt;</w:t>
        <w:br/>
        <w:t>1280] В твоєму домі,— йди й побачиш сам усе.&lt;br /&gt;</w:t>
        <w:br/>
        <w:t>КРЕОНТ&lt;br /&gt;</w:t>
        <w:br/>
        <w:t>Знов горе? Що ще може бути гіршого? [163]&lt;br /&gt;</w:t>
        <w:br/>
        <w:t>ВІСНИК ДРУГИЙ&lt;br /&gt;</w:t>
        <w:br/>
        <w:t>Твоя дружина, справжня мати вмерлого,&lt;br /&gt;</w:t>
        <w:br/>
        <w:t>Від свіжих ран, нещасна, теж загинула.&lt;br /&gt;</w:t>
        <w:br/>
        <w:t>Антистрофа 1&lt;br /&gt;</w:t>
        <w:br/>
        <w:t>КРЕОНТ&lt;br /&gt;</w:t>
        <w:br/>
        <w:t>О глиб страшний,&lt;br /&gt;</w:t>
        <w:br/>
        <w:t>о аїду глиб невблаганного,&lt;br /&gt;</w:t>
        <w:br/>
        <w:t>1285] Заповзявся ти погубить мене!&lt;br /&gt;</w:t>
        <w:br/>
        <w:t>І яку тепер вість приносиш ти,&lt;br /&gt;</w:t>
        <w:br/>
        <w:t>Найстрашніших лих оповіснику?&lt;br /&gt;</w:t>
        <w:br/>
        <w:t>Знов ти вб'єш мене, вже загиблого!&lt;br /&gt;</w:t>
        <w:br/>
        <w:t>Що ж бо, сину мій, що б ти мовив ще —&lt;br /&gt;</w:t>
        <w:br/>
        <w:t>1290] Горе, горе ііам —&lt;br /&gt;</w:t>
        <w:br/>
        <w:t>Та невже услід смерті синовій&lt;br /&gt;</w:t>
        <w:br/>
        <w:t>Ще й дружинонька вже загинула?&lt;br /&gt;</w:t>
        <w:br/>
        <w:t>ХОР&lt;br /&gt;</w:t>
        <w:br/>
        <w:t>Глянь сам на неї —&lt;br /&gt;</w:t>
        <w:br/>
        <w:t>ось її вже винесли.&lt;br /&gt;</w:t>
        <w:br/>
        <w:t>КРЕОНТ&lt;br /&gt;</w:t>
        <w:br/>
        <w:t>1295] О горе!&lt;br /&gt;</w:t>
        <w:br/>
        <w:t>Біду вже й другу, безталанний, бачу я.&lt;br /&gt;</w:t>
        <w:br/>
        <w:t>Яке ж мені нещастя ще готується?&lt;br /&gt;</w:t>
        <w:br/>
        <w:t>Ось синів труп я щойно на руках тримав,&lt;br /&gt;</w:t>
        <w:br/>
        <w:t>І от, бездольний, я вже бачу труп новий!&lt;br /&gt;</w:t>
        <w:br/>
        <w:t>1300] О бідна матінко!&lt;br /&gt;</w:t>
        <w:br/>
        <w:t>О бідний сипу мій!&lt;br /&gt;</w:t>
        <w:br/>
        <w:t>ВІСНИК ДРУГИЙ&lt;br /&gt;</w:t>
        <w:br/>
        <w:t>При вівтарі себе убила в розпачі&lt;br /&gt;</w:t>
        <w:br/>
        <w:t>Й навік склепила очі,— Мегарееву&lt;br /&gt;</w:t>
        <w:br/>
        <w:t>Загибель славну перед тим оплакавши&lt;br /&gt;</w:t>
        <w:br/>
        <w:t>1305] І сина другого, отож біди вона&lt;br /&gt;</w:t>
        <w:br/>
        <w:t>Тобі, дітоубивці, і накликала.&lt;br /&gt;</w:t>
        <w:br/>
        <w:t>Строфа 2&lt;br /&gt;</w:t>
        <w:br/>
        <w:t>КРЕОНТ&lt;br /&gt;</w:t>
        <w:br/>
        <w:t>Горе, горе нам!&lt;br /&gt;</w:t>
        <w:br/>
        <w:t>Аж тремчу я ввесь. Хто б двосічний меч&lt;br /&gt;</w:t>
        <w:br/>
        <w:t>Прямо в груди ці устромив мені? [164]&lt;br /&gt;</w:t>
        <w:br/>
        <w:t>1310] Горе, горенько нещасливому —&lt;br /&gt;</w:t>
        <w:br/>
        <w:t>Я нещастями скрізь оточений.&lt;br /&gt;</w:t>
        <w:br/>
        <w:t>ВІСНИК ДРУГИЙ&lt;br /&gt;</w:t>
        <w:br/>
        <w:t>Тебе сама небіжка звинувачує —&lt;br /&gt;</w:t>
        <w:br/>
        <w:t>В одній-бо і у другій смертні винен ти.&lt;br /&gt;</w:t>
        <w:br/>
        <w:t>КРЕОНТ&lt;br /&gt;</w:t>
        <w:br/>
        <w:t>Та як же, бідна, позбулась життя вона?&lt;br /&gt;</w:t>
        <w:br/>
        <w:t>ВІСНИК ДРУГИЙ&lt;br /&gt;</w:t>
        <w:br/>
        <w:t>1315] Мечем себе в самеє серце вразила,&lt;br /&gt;</w:t>
        <w:br/>
        <w:t>Почувши про сумну загибель синову.&lt;br /&gt;</w:t>
        <w:br/>
        <w:t>КРЕОНТ&lt;br /&gt;</w:t>
        <w:br/>
        <w:t>О кому ж би я між усіх людей&lt;br /&gt;</w:t>
        <w:br/>
        <w:t>Цих провин тягар міг накинути?&lt;br /&gt;</w:t>
        <w:br/>
        <w:t>1320] Сам убив тебе,— безталанний, я —&lt;br /&gt;</w:t>
        <w:br/>
        <w:t>Мовлю правду всю. Гей, прислужнику,&lt;br /&gt;</w:t>
        <w:br/>
        <w:t>Відведіть мене, відведіть мерщій!&lt;br /&gt;</w:t>
        <w:br/>
        <w:t>Більш нема мене — я ніщо тепер.&lt;br /&gt;</w:t>
        <w:br/>
        <w:t>ХОР&lt;br /&gt;</w:t>
        <w:br/>
        <w:t>Ти правду мовив,&lt;br /&gt;</w:t>
        <w:br/>
        <w:t>якщо в горі правда є,&lt;br /&gt;</w:t>
        <w:br/>
        <w:t>1325] з усіх нещасть найкраще — найкоротше з них.&lt;br /&gt;</w:t>
        <w:br/>
        <w:t>Антистрофа 2&lt;br /&gt;</w:t>
        <w:br/>
        <w:t>КРЕОНТ&lt;br /&gt;</w:t>
        <w:br/>
        <w:t>Хай приходить він,&lt;br /&gt;</w:t>
        <w:br/>
        <w:t>Щонайкращий день, мені суджений.&lt;br /&gt;</w:t>
        <w:br/>
        <w:t>1330] Хай же з'явиться мій останній день!&lt;br /&gt;</w:t>
        <w:br/>
        <w:t>Хай мерщій іде, хай приходить він,&lt;br /&gt;</w:t>
        <w:br/>
        <w:t>Щоб дня іншого вже не бачити.&lt;br /&gt;</w:t>
        <w:br/>
        <w:t>ХОР&lt;br /&gt;</w:t>
        <w:br/>
        <w:t>Це все — майбутнє.&lt;br /&gt;</w:t>
        <w:br/>
        <w:t>Треба про сучасне ще&lt;br /&gt;</w:t>
        <w:br/>
        <w:t>1335] Подбати, а майбутнє — все в руках богів.&lt;br /&gt;</w:t>
        <w:br/>
        <w:t>КРЕОНТ&lt;br /&gt;</w:t>
        <w:br/>
        <w:t>Усі мої бажання — у молитві цій.&lt;br /&gt;</w:t>
        <w:br/>
        <w:t>ХОР&lt;br /&gt;</w:t>
        <w:br/>
        <w:t>Облиш молитву — від нещасть, нам посланих,&lt;br /&gt;</w:t>
        <w:br/>
        <w:t>Ніколи смертним не урятуватися. [165]&lt;br /&gt;</w:t>
        <w:br/>
        <w:t>КРЕОНТ&lt;br /&gt;</w:t>
        <w:br/>
        <w:t>Відведіть мене, божевільного,-&lt;br /&gt;</w:t>
        <w:br/>
        <w:t>1340] Я ж убив тебе, рідний сину мій,&lt;br /&gt;</w:t>
        <w:br/>
        <w:t>І дружину вбив, і нема мені,&lt;br /&gt;</w:t>
        <w:br/>
        <w:t>Безталанному, де подітися!&lt;br /&gt;</w:t>
        <w:br/>
        <w:t>1345] Все, що мав — згубив, лиш нестерпної&lt;br /&gt;</w:t>
        <w:br/>
        <w:t>Долі впав тягар&lt;br /&gt;</w:t>
        <w:br/>
        <w:t>на чоло мені.&lt;br /&gt;</w:t>
        <w:br/>
        <w:t>ХОР&lt;br /&gt;</w:t>
        <w:br/>
        <w:t>Запорукою щастя лиш мудрість одна&lt;br /&gt;</w:t>
        <w:br/>
        <w:t>Може стати, й нікому не вільно богів&lt;br /&gt;</w:t>
        <w:br/>
        <w:t>1350] Зневажати. Зухвальців зухвалі слова&lt;br /&gt;</w:t>
        <w:br/>
        <w:t>Доля їм повертає в ударах важких&lt;br /&gt;</w:t>
        <w:br/>
        <w:t>І під старість лише&lt;br /&gt;</w:t>
        <w:br/>
        <w:t>Запізнілої мудрості вчить їх.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Антігона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