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Ангел</w:t>
      </w:r>
    </w:p>
    <w:p>
      <w:r>
        <w:br/>
        <w:t xml:space="preserve"> &lt;p&gt;Стара Тимчиха грілася на приспі проти сонця. Поперед ворота проходили люди, і ніхто з бабою слова не заговорив. "Славайсу".— "Навіки слава",— лиш тільки бесіди і розмови.</w:t>
      </w:r>
    </w:p>
    <w:p>
      <w:r>
        <w:br/>
        <w:t>— Старого лиш озми та закопай! Шкода тої лински страви, що з'їсть, та того кута печі, що залежить. Всім великий у очах, ніхто слова не заговорить, ци бісе, ци чорте. Таки не варт старому жити, та й решта!</w:t>
      </w:r>
    </w:p>
    <w:p>
      <w:r>
        <w:br/>
        <w:t>Прийшли їй на гадку слова старого Тимка.</w:t>
      </w:r>
    </w:p>
    <w:p>
      <w:r>
        <w:br/>
        <w:t>— То, стара, так є, що моя голова напереді, а твоя зараз за моєв. А як мої не стане, то твоя ніц не вартує. Лиш аби-с мене одного дня поховала, а другого ти вже не ґаздиня, меш сидіти, як у комірне у свої хаті...</w:t>
      </w:r>
    </w:p>
    <w:p>
      <w:r>
        <w:br/>
        <w:t>— Ей, старий, старий, тото-с ні лишив, як коли би-с утік від слюбу. Був-єс плохий, куда-м ті потрутила, туда подавав-єс си, але все я із-за твої голови була ґаздиня. Була-м та й була-м.</w:t>
      </w:r>
    </w:p>
    <w:p>
      <w:r>
        <w:br/>
        <w:t>Смутно бабі Тимчисі було, хоч сонце, як рідна мама, розгрівало старі кості.</w:t>
      </w:r>
    </w:p>
    <w:p>
      <w:r>
        <w:br/>
        <w:t>— Та ти гадаєш, старий, що хтось за тебе нагадує? Якби мене не було, та й би ніхто і не гавкнув за тобов. Ой, сегодні діти, такі діти, що аж у п'єтах постиває! Але-с дурний, бігме-с, дурний! Було понабирати банків та векслів, та добре поїдати та попивати, та жити попанцьки. А то запобігали-м обоє, яєчка жєлували на яєшницу, а сегодні і обіду за тебе ніхто не зробить.</w:t>
      </w:r>
    </w:p>
    <w:p>
      <w:r>
        <w:br/>
        <w:t>Баба Тимчиха закрила лице долонями та й шепотіла до старого Тимка:</w:t>
      </w:r>
    </w:p>
    <w:p>
      <w:r>
        <w:br/>
        <w:t>— Коби-с, мамо, вішолопала послідний феник, то би обідець був. А як не зможеш підвестиси, то здихай на барабулі! Ніби діти купили би тобі яблучко або булочку? Тогди би-с їла!</w:t>
      </w:r>
    </w:p>
    <w:p>
      <w:r>
        <w:br/>
        <w:t>Встала з приспи та пішла подивитися до курей.</w:t>
      </w:r>
    </w:p>
    <w:p>
      <w:r>
        <w:br/>
        <w:t>— То в старого, бігме, такий розум, як у дитини. Таке-м понаплітала, що встид перед сонцем світим! Вони, сараки, мають свої діти та мусі за них дбати. А ти, стара, мовчи та дихай. Недурно якись вігадав, що в старого дитинячий розум...</w:t>
      </w:r>
    </w:p>
    <w:p>
      <w:r>
        <w:br/>
        <w:t>З оцим словом Тимчиха увійшла до великої хати. Розімкнула свою скриню і вибирала одежу. Придивлялася, чи не сплісніла, або чи міль не наплодилася.</w:t>
      </w:r>
    </w:p>
    <w:p>
      <w:r>
        <w:br/>
        <w:t>— Все ще нашого стараня, нитки діточої нема. Всего-м собі налагодила д' смерті. Як старий умер, то лиш дощок на деревище купили. Ей, де, коби і мене так файно ховали. Були люди, та було і для людий. Вже-м ті, старий, поховала, як ґазду? Ніхто не писнув, аби-м чогось жілувала.</w:t>
      </w:r>
    </w:p>
    <w:p>
      <w:r>
        <w:br/>
        <w:t>Виймала червоні чоботи.</w:t>
      </w:r>
    </w:p>
    <w:p>
      <w:r>
        <w:br/>
        <w:t>— Лиш раз убувані. Небіщик вже перед смертев був на ярмарку та й купив. На, каже, Насте, аби-с мала на смерть, хто знає, як ті діти муть шінувати? Все ліпше мати своє. Аби-с мала порєдний чобіт на нозі, бо то бог знає, ци я вперед умру, ци ти!</w:t>
      </w:r>
    </w:p>
    <w:p>
      <w:r>
        <w:br/>
        <w:t>Баба заплакала.</w:t>
      </w:r>
    </w:p>
    <w:p>
      <w:r>
        <w:br/>
        <w:t>— Не журітьси, дітоньки, я вам кошту не нароблю, ще й вам лишу. Мене старий добре постарав. Коби так усіх. Лиш не дайте бабі без свічки умерти. Я так коло старого страждувала ночами, що лиш один бог знає, але таки не вмер без свічки.</w:t>
      </w:r>
    </w:p>
    <w:p>
      <w:r>
        <w:br/>
        <w:t>На споді скрині найшла баба вузлик із грішми. Взяла в руки і сіла на землі, аби рахувати.</w:t>
      </w:r>
    </w:p>
    <w:p>
      <w:r>
        <w:br/>
        <w:t>— Ой діти, діти, тото-м си вас набавила та напістувала! Бувало, біжу з міста на-голову, а все мені на гадці, що вони там діють самі у хаті? Добігаю до ліса, а вони йдуть протів мене, ледве землев котєси. Підо мнов аж ноги дрожуть, аби борше додому, а вони зіпруть, та й мус сідати та роздавати дарунки. Понабирають — та й далі! Лиш небіжка Доця зо мнов ішла, а бахурі полетіли, як вітер...</w:t>
      </w:r>
    </w:p>
    <w:p>
      <w:r>
        <w:br/>
        <w:t>Обличчя бабине подобріло і прояснилося. Глянула на образи. Там був голий ангел, що тримав у товстих руках дві червоні рожі.</w:t>
      </w:r>
    </w:p>
    <w:p>
      <w:r>
        <w:br/>
        <w:t>— Ой ти, голаку, все ще смієшси з старої баби. А як, баба постаріласи, а ти все молоденький, все бабі хату звеселєєш. Ой дитинко божа, минув вік, як у батіг траснув!</w:t>
      </w:r>
    </w:p>
    <w:p>
      <w:r>
        <w:br/>
        <w:t>Баба сперлася обома руками на землю та й нагадала давні часи.</w:t>
      </w:r>
    </w:p>
    <w:p>
      <w:r>
        <w:br/>
        <w:t>— Ще Юрчика, відай, на світі не було, як я єго купила. Якись панок поначіплював на підсіню таких образів, що на фіру не забрав би. Людий таких обзираю богато, як на ярмарку. Якась там була така люта звір змальована, що в казці би не склав. А якісь царі такі страшні, московські та турецькі, та всєкого дива. Межи ними був ангелик, та й я его купила. То так він приязно дививси та так ружі кождому наставлєв, лиш бери. Де, де, то вже вік минув відтогди...</w:t>
      </w:r>
    </w:p>
    <w:p>
      <w:r>
        <w:br/>
        <w:t>— Бувало, зимовими вечорами то понароблєю з паперю голубів. Головки позолотю, крильця посріблю, та як приберу єго у ті голубчики, то він як коли би з ними гравси.</w:t>
      </w:r>
    </w:p>
    <w:p>
      <w:r>
        <w:br/>
        <w:t>Тимчиха забула гроші рахувати, розгадуючи. Тримала їх у жмені і далеко гадками літала.</w:t>
      </w:r>
    </w:p>
    <w:p>
      <w:r>
        <w:br/>
        <w:t>— Ой, розумремоси, небоже, мене вже давно не буде, а ти все меш хату веселити. Хоть кілько буде знаку по бабі, що жила...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Ангел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