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Ангел жебраків</w:t>
      </w:r>
    </w:p>
    <w:p>
      <w:r>
        <w:br/>
        <w:t xml:space="preserve"> Джузеппе Унгаретті&lt;br /&gt;</w:t>
        <w:br/>
        <w:t>Ангел жебраків</w:t>
      </w:r>
    </w:p>
    <w:p>
      <w:r>
        <w:br/>
        <w:t>Перекладач: О.Пахльовська&lt;br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О, вторгнення миті в потьмарений мозок,&lt;br /&gt;</w:t>
        <w:br/>
        <w:t>Ти біль той нестерпний і тіла, й землі,&lt;br /&gt;</w:t>
        <w:br/>
        <w:t>Що зойком розпачливим рівним своїм&lt;br /&gt;</w:t>
        <w:br/>
        <w:t>Роз'ятреній тиші безжалісно вбитих.</w:t>
      </w:r>
    </w:p>
    <w:p>
      <w:r>
        <w:br/>
        <w:t>В цю мить прокидається ангел в лахмітті,&lt;br /&gt;</w:t>
        <w:br/>
        <w:t>Останній хранитель вцілілого Духа...&lt;br /&gt;</w:t>
        <w:br/>
        <w:t>Вікам вже знайомий цей образ печальний,&lt;br /&gt;</w:t>
        <w:br/>
        <w:t>Приречений вождь на чолі всіх приречених&lt;br /&gt;</w:t>
        <w:br/>
        <w:t>Попереду йде, і чоло його тінь огортає...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Ангел жебраків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