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Андрію леготу</w:t>
      </w:r>
    </w:p>
    <w:p>
      <w:r>
        <w:br/>
        <w:t xml:space="preserve"> З якого краю і з яких сторін&lt;br /&gt;</w:t>
        <w:br/>
        <w:t>Причувся цей прибій морської хвилі?&lt;br /&gt;</w:t>
        <w:br/>
        <w:t>Немов не він шурує втерту рінь,&lt;br /&gt;</w:t>
        <w:br/>
        <w:t>А шерехтять лани уже доспілі.&lt;br /&gt;</w:t>
        <w:br/>
        <w:t>Чи це чиясь, а не моя стопа&lt;br /&gt;</w:t>
        <w:br/>
        <w:t>заклякла на гарячому камінні,&lt;br /&gt;</w:t>
        <w:br/>
        <w:t>куди прибій уперто підступа&lt;br /&gt;</w:t>
        <w:br/>
        <w:t>у ритмі колихання і кипіння?&lt;br /&gt;</w:t>
        <w:br/>
        <w:t>Сахнеться хвиля й хутко відпливе&lt;br /&gt;</w:t>
        <w:br/>
        <w:t>З гарячого окрайця суходолу&lt;br /&gt;</w:t>
        <w:br/>
        <w:t>й клубками піни прядиво живе&lt;br /&gt;</w:t>
        <w:br/>
        <w:t>покотить вітер берегом спроквола…&lt;br /&gt;</w:t>
        <w:br/>
        <w:t>А я стою, у даль втопивши зір,&lt;br /&gt;</w:t>
        <w:br/>
        <w:t>Де конусне гойдається вітрило —&lt;br /&gt;</w:t>
        <w:br/>
        <w:t>Воно очам і серцеві, повір,&lt;br /&gt;</w:t>
        <w:br/>
        <w:t>У мить раптово інший світ відкрило.&lt;br /&gt;</w:t>
        <w:br/>
        <w:t>Я так той світ із малечку любив —&lt;br /&gt;</w:t>
        <w:br/>
        <w:t>о спалах невгасимої любові! —&lt;br /&gt;</w:t>
        <w:br/>
        <w:t>Ту повінь половіючих хлібів,&lt;br /&gt;</w:t>
        <w:br/>
        <w:t>Що ген переливалася за овид…&lt;br /&gt;</w:t>
        <w:br/>
        <w:t>І вже не хвилі — інший, друже, шум&lt;br /&gt;</w:t>
        <w:br/>
        <w:t>на самоті мої ласкавить вуха,&lt;br /&gt;</w:t>
        <w:br/>
        <w:t>а із сум'яття спогадів і дум&lt;br /&gt;</w:t>
        <w:br/>
        <w:t>охляле серце наповняє скруха.&lt;br /&gt;</w:t>
        <w:br/>
        <w:t>Нам стала вірним берегом земля&lt;br /&gt;</w:t>
        <w:br/>
        <w:t>чужа, хоча привітна і ласкава,&lt;br /&gt;</w:t>
        <w:br/>
        <w:t>а рідна все ввижається здаля&lt;br /&gt;</w:t>
        <w:br/>
        <w:t>як згадка й сон, як мрія і уява.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Андрію леготу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