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Альпіністка</w:t>
      </w:r>
    </w:p>
    <w:p>
      <w:r>
        <w:br/>
        <w:t xml:space="preserve"> Я спитав тебе: — Навіщо йдете вгору ви? —&lt;br /&gt;</w:t>
        <w:br/>
        <w:t>А ти рвалася в бій, ти до вершини йшла.&lt;br /&gt;</w:t>
        <w:br/>
        <w:t>— На Єльбрус із літака дивитись здорово! —&lt;br /&gt;</w:t>
        <w:br/>
        <w:t>Розсміялась ти, і з собою взяла.</w:t>
      </w:r>
    </w:p>
    <w:p>
      <w:r>
        <w:br/>
        <w:t>Відтоді близька, ласкава стала ти і своя,&lt;br /&gt;</w:t>
        <w:br/>
        <w:t>Скелелазко моя, альпіністко моя.&lt;br /&gt;</w:t>
        <w:br/>
        <w:t>Раз у раз мене із тріщини витискувала&lt;br /&gt;</w:t>
        <w:br/>
        <w:t>І всміхалася, альпіністка моя.</w:t>
      </w:r>
    </w:p>
    <w:p>
      <w:r>
        <w:br/>
        <w:t>А потому — за ті тріщини закляті всі,&lt;br /&gt;</w:t>
        <w:br/>
        <w:t>Коли я хвалився і посував,&lt;br /&gt;</w:t>
        <w:br/>
        <w:t>Я отримав два гучних, коротких ляпаси,&lt;br /&gt;</w:t>
        <w:br/>
        <w:t>Та не образився, лише приказував:</w:t>
      </w:r>
    </w:p>
    <w:p>
      <w:r>
        <w:br/>
        <w:t>— Ой, яка ж близька, ласкава ти, нiжнiсть моя,&lt;br /&gt;</w:t>
        <w:br/>
        <w:t>Альпіністко моя, скелелазко моя.&lt;br /&gt;</w:t>
        <w:br/>
        <w:t>Раз у раз мене із прірви ти витаскувала&lt;br /&gt;</w:t>
        <w:br/>
        <w:t>І повчала мене, скелелазка моя.</w:t>
      </w:r>
    </w:p>
    <w:p>
      <w:r>
        <w:br/>
        <w:t>А потому — чом на кожнім нашім сходженні&lt;br /&gt;</w:t>
        <w:br/>
        <w:t>Ти так мною занебезпечена?&lt;br /&gt;</w:t>
        <w:br/>
        <w:t>Страхувала ти мене з насолодженням,&lt;br /&gt;</w:t>
        <w:br/>
        <w:t>Альпіністко моя гутаперчева.</w:t>
      </w:r>
    </w:p>
    <w:p>
      <w:r>
        <w:br/>
        <w:t>— Ой, яка ж близька, ласкава ти і в доску своя,&lt;br /&gt;</w:t>
        <w:br/>
        <w:t>Альпіністко моя, скелелазко моя.&lt;br /&gt;</w:t>
        <w:br/>
        <w:t>Раз у раз мене до схилу ти притискувала&lt;br /&gt;</w:t>
        <w:br/>
        <w:t>І сварила мене, альпіністка моя.</w:t>
      </w:r>
    </w:p>
    <w:p>
      <w:r>
        <w:br/>
        <w:t>За тобою дерся що стачало сили я,&lt;br /&gt;</w:t>
        <w:br/>
        <w:t>Ось рукою вже дотягнутись зміг.&lt;br /&gt;</w:t>
        <w:br/>
        <w:t>Зараз влізу і скажу: — Досить, мила моя! —&lt;br /&gt;</w:t>
        <w:br/>
        <w:t>Тут зірвався вниз, та сказати встиг:</w:t>
      </w:r>
    </w:p>
    <w:p>
      <w:r>
        <w:br/>
        <w:t>— Ой, яка ж близька, ласкава ти і зовсім своя,&lt;br /&gt;</w:t>
        <w:br/>
        <w:t>Альпіністко моя, скелелазко моя.&lt;br /&gt;</w:t>
        <w:br/>
        <w:t>Добре, що з тобою однією мотузкою ми зв'язані,&lt;br /&gt;</w:t>
        <w:br/>
        <w:t>Стали двоє ми скелелазами.</w:t>
      </w:r>
    </w:p>
    <w:p>
      <w:r>
        <w:br/>
        <w:t>© Сергій Джигурда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Альпіністка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