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Аліса Падальниця</w:t>
      </w:r>
    </w:p>
    <w:p>
      <w:r>
        <w:br/>
        <w:t xml:space="preserve"> &lt;p&gt;А ось казка про Алісу Падальницю, що завжди і всюди падала.</w:t>
      </w:r>
    </w:p>
    <w:p>
      <w:r>
        <w:br/>
        <w:t>Зібрався якось дідусь з нею в парк на прогулянку. Кличе:</w:t>
      </w:r>
    </w:p>
    <w:p>
      <w:r>
        <w:br/>
        <w:t>— Алісо! Де ти?</w:t>
      </w:r>
    </w:p>
    <w:p>
      <w:r>
        <w:br/>
        <w:t>— Я тут, дідусю!</w:t>
      </w:r>
    </w:p>
    <w:p>
      <w:r>
        <w:br/>
        <w:t>— Де "тут"?</w:t>
      </w:r>
    </w:p>
    <w:p>
      <w:r>
        <w:br/>
        <w:t>— У будильнику.</w:t>
      </w:r>
    </w:p>
    <w:p>
      <w:r>
        <w:br/>
        <w:t>Відкрила вона з цікавості задню кришку будильника і незчулась, як опинилася між коліщатами і пружинками. А коліщатка крутяться, цокають; тож довелося їй перестрибувати з однієї осі на другу, поки не знайшла спокійної місцини.</w:t>
      </w:r>
    </w:p>
    <w:p>
      <w:r>
        <w:br/>
        <w:t>Іншого разу кличе дідусь Алісу снідати:</w:t>
      </w:r>
    </w:p>
    <w:p>
      <w:r>
        <w:br/>
        <w:t>— Алісо, де ти? Алісо!</w:t>
      </w:r>
    </w:p>
    <w:p>
      <w:r>
        <w:br/>
        <w:t>— Я тут, дідусю!</w:t>
      </w:r>
    </w:p>
    <w:p>
      <w:r>
        <w:br/>
        <w:t>— Де "тут"?</w:t>
      </w:r>
    </w:p>
    <w:p>
      <w:r>
        <w:br/>
        <w:t>— Тутечки, в пляшці. Я хотіла пити і впала всередину.</w:t>
      </w:r>
    </w:p>
    <w:p>
      <w:r>
        <w:br/>
        <w:t>Бідолашна Аліса з сили вибилася, борсаючись у воді...</w:t>
      </w:r>
    </w:p>
    <w:p>
      <w:r>
        <w:br/>
        <w:t>Їй дуже пощастило, що минулого літа вона побувала в Сперлонго й там навчилась плавати по-жаб'ячому.</w:t>
      </w:r>
    </w:p>
    <w:p>
      <w:r>
        <w:br/>
        <w:t>— Стривай, зараз я тебе витягну.</w:t>
      </w:r>
    </w:p>
    <w:p>
      <w:r>
        <w:br/>
        <w:t>Дідусь опустив у пляшку мотузочок. Аліса вхопилась за нього і спритно видряпалась наверх, бо була доброю гімнасткою.</w:t>
      </w:r>
    </w:p>
    <w:p>
      <w:r>
        <w:br/>
        <w:t>А ще одного разу Аліса кудись зникла., Шукав її і дідусь, шукала й бабуся, шукала тітка, і сусідка, яка щодня приходила читати дідусеву газету, бо шкодувала сорок лір, та все марно.</w:t>
      </w:r>
    </w:p>
    <w:p>
      <w:r>
        <w:br/>
        <w:t>— Скоро вже й батьки з роботи вернуться. Як не знайдемо, то буде нам лихо,— бідкалась злякана бабуся.</w:t>
      </w:r>
    </w:p>
    <w:p>
      <w:r>
        <w:br/>
        <w:t>— Алісо, де ти? Алісо!</w:t>
      </w:r>
    </w:p>
    <w:p>
      <w:r>
        <w:br/>
        <w:t>Ніякої відповіді. Аліса не могла відповісти, бо пішла була на кухню, залізла з цікавості в шухляду, де лежали скатерки та серветки, і там задрімала. Хтось засунув шухляду, не звернувши уваги на Алісу. Дівчинка прокинулась у темряві. Але не злякалася, бо якось була залізла в кран, а там теж темно.</w:t>
      </w:r>
    </w:p>
    <w:p>
      <w:r>
        <w:br/>
        <w:t>"Ось почнуть готувати вечерю,— міркувала Аліса,— тоді вже відсунуть шухляду".</w:t>
      </w:r>
    </w:p>
    <w:p>
      <w:r>
        <w:br/>
        <w:t>Та ніхто про вечерю й не думав, бо ж Аліса пропала. Батьки вернулися з роботи й ну гримати на діда й бабу.</w:t>
      </w:r>
    </w:p>
    <w:p>
      <w:r>
        <w:br/>
        <w:t>— Ось як ви її пильнуєте!</w:t>
      </w:r>
    </w:p>
    <w:p>
      <w:r>
        <w:br/>
        <w:t>— Наші діти не залізали в крани,— заперечували дід з бабою,— за наших часів діти падали тільки з ліжка й набивали собі гулі на лобі.</w:t>
      </w:r>
    </w:p>
    <w:p>
      <w:r>
        <w:br/>
        <w:t>Нарешті Алісі набридло чекати. Просунулась вона крізь скатерки на дно шухляди й загупала ногою: гуп! гуп! гуп!</w:t>
      </w:r>
    </w:p>
    <w:p>
      <w:r>
        <w:br/>
        <w:t>— Стривайте,— сказав тато,— хтось стукає.</w:t>
      </w:r>
    </w:p>
    <w:p>
      <w:r>
        <w:br/>
        <w:t>Гуп! Гуп! Гуп! — кликала на допомогу Аліса.</w:t>
      </w:r>
    </w:p>
    <w:p>
      <w:r>
        <w:br/>
        <w:t>Скільки радості було, коли Алісу віднайшли! Та дівчинка зараз же залізла в татову кишеню, і перше ніж її витягли, встигла заляпати обличчя пастою з кулькової ручки.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Аліса Падальниця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