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Ахметка</w:t>
      </w:r>
    </w:p>
    <w:p>
      <w:r>
        <w:br/>
        <w:t xml:space="preserve"> &lt;p&gt;Уся малеча шахтарської слобідки знала його, бо тільки його одного й можна було дражнити скільки вгодно, й нічого нікому за це він не казав.</w:t>
      </w:r>
    </w:p>
    <w:p>
      <w:r>
        <w:br/>
        <w:t>— Ахметко! Ахметко! — гукають, було, діти, коли він проходить повз них, ласкаво посміхаючись.— А кобилка лопаєш? Ха-ха-ха!..</w:t>
      </w:r>
    </w:p>
    <w:p>
      <w:r>
        <w:br/>
        <w:t>— Ги-и! — ошкіряється Ахметка й повертає до дітей. Йому дуже хочеться, спіймати якого-небудь білявого пустуна й погладити по голівці, але, як тільки він поверне до юрби, уся моторна, галаслива зграя кидається врозтіч, дзвінко регочучи.</w:t>
      </w:r>
    </w:p>
    <w:p>
      <w:r>
        <w:br/>
        <w:t>Ахметка не гнівається: він також регоче, махає руками й белькоче до них якісь свої, чудні, незрозумілі дітям слова.</w:t>
      </w:r>
    </w:p>
    <w:p>
      <w:r>
        <w:br/>
        <w:t>— Блу-блу-блу! — перекривляють Ахметку пустуни: їм здається, що Ахметчина мова дуже скидається на те, як гелгоче гиндик, і вони завсігди йому це нагадують, коли він забалакає.</w:t>
      </w:r>
    </w:p>
    <w:p>
      <w:r>
        <w:br/>
        <w:t>Та Ахметка не зважає: він тільки весело посміхається, дивлячись, як кумедно вони надимають губенята й роздувають щічки. Інших Ахметчиних товаришів діти не насмілювались дражнити: то були похмурі, сердиті татари,—діти лякались їх, бо вони ніколи не сміялись, а тільки спідлоба позирали мовчки на докучливих дітлахів.</w:t>
      </w:r>
    </w:p>
    <w:p>
      <w:r>
        <w:br/>
        <w:t>Ахметка ж був зовсім не такий, бо в Ахметки десь далеко-далеко, звідкіль приїхав він на шахти, зосталась жінка, хвора татарка, й троє маленьких татарчат, котрих Ахметка дуже любив і котрим одсилав трохи не ввесь свій заробіток, лишаючи собі тільки на вбогу харч. Коли йому траплялося зустрітись з чужими дітками, то він дуже радів, бо вони нагадували йому його далеких татарчат, а він так занудився за ними, так часом хотілося йому побачитись із ними, обняти й приголубити їх.</w:t>
      </w:r>
    </w:p>
    <w:p>
      <w:r>
        <w:br/>
        <w:t>Хоч діти гаразд тямили, що Ахметка лагідний і не зобидить їх, але тікали од нього, хоч як привітно він до них не белькотав; їх лякало чорне, безвусе, закурене вугільним порохом обличчя Ахметчине, кумедна малесенька шапочка на голові й незрозуміла мова його. Чули вони також од батьків, що Ахметка татарин і їсть конятину, тому завсігди дражнили його цим.</w:t>
      </w:r>
    </w:p>
    <w:p>
      <w:r>
        <w:br/>
        <w:t>Але останніми днями діти помітили, що з Ахметкою діється щось недобре. Смутний, зажурений блукає він, поміж шахтарськими халупами, ніби шукає чогось, а чого — то видко було, що й сам не тямить.</w:t>
      </w:r>
    </w:p>
    <w:p>
      <w:r>
        <w:br/>
        <w:t>Діти перестали боятись Ахметки і хоч до рук йому не давались, але завсігди оточували його метушливим колом і з великим зацікавленням зазирали йому в вічі, повні смутку, а часом і сліз.</w:t>
      </w:r>
    </w:p>
    <w:p>
      <w:r>
        <w:br/>
        <w:t>— Дядю, а дядю,— несміливо, але з спочуттям звертались вони до нього,— чого ви журитесь?</w:t>
      </w:r>
    </w:p>
    <w:p>
      <w:r>
        <w:br/>
        <w:t>— Ахмет жюріл... татар нима... Ахмет помирал,— белькотав Ахметка, розмахуючи руками...</w:t>
      </w:r>
    </w:p>
    <w:p>
      <w:r>
        <w:br/>
        <w:t>Вони слухали його уважливо пороззявлявши роти й витріщивши оченята; але небагато з того розуміли.</w:t>
      </w:r>
    </w:p>
    <w:p>
      <w:r>
        <w:br/>
        <w:t>— Дядю, а дядю, це ви самі зосталися? А де ж ваші?..</w:t>
      </w:r>
    </w:p>
    <w:p>
      <w:r>
        <w:br/>
        <w:t>— Татар помирал, машин фіть-фіть, нима татар... Ахмет плакал, домой хадил...</w:t>
      </w:r>
    </w:p>
    <w:p>
      <w:r>
        <w:br/>
        <w:t>А сталося таке.</w:t>
      </w:r>
    </w:p>
    <w:p>
      <w:r>
        <w:br/>
        <w:t>Приїхало на шахти їх дванадцять чоловік, здорових, дужих татар, і нанялися навантажувати на вагони вугілля. Поробили так зиму, весну, а влітку на шахти завітала страшна пошесть холери, вигубила багато робітників, а поміж ними й чотирьох Ахметчиних товаришів. Решта татар полякалися. негайно взяли рощот, сіли на поїзд і втекли додому.</w:t>
      </w:r>
    </w:p>
    <w:p>
      <w:r>
        <w:br/>
        <w:t>Ахметка не захотів їхати додому. Він був дуже вбогий, заробітків дома Біг дасть, а сім'ю треба ж було чимсь прогадувати. Він зостався на шахтах, сподіваючись роботи: інші грузчики не приймали його до своєї артілі, треба було чекати, поки начальство дасть якусь роботу в шахті.</w:t>
      </w:r>
    </w:p>
    <w:p>
      <w:r>
        <w:br/>
        <w:t>І Ахметка чекав. Не маючи поки що роботи, котра хоч трохи розважила б його самотність, він блукав цілими днями, не знаходячи собі місця од зануди, а вночі йшов у степ і лягав просто на траві, серед запашного повітря, прислухаючись, як сюрчить коник у траві, як падьпадьомкає запізнілий перепел у панських хлібах, прислухаючись де таємних шепотів ночі і вдивляючись у чорну глибінь небесну з безліччю зірок. І думав, думав, засипаючи. Йому здавалося, що зіроньки мигають йому, простягають до нього свої стрільчасті проміннячка й хочуть розказати йому про його далеку країну, про милу дружину й любих діток.</w:t>
      </w:r>
    </w:p>
    <w:p>
      <w:r>
        <w:br/>
        <w:t>Він щоночі бачив їх уві сні, балакав із ними, голубив їх, тому прокидався завсігди веселий, бадьорий і йшов до контори на шахту, навіть наспівуючи щось по-своєму.</w:t>
      </w:r>
    </w:p>
    <w:p>
      <w:r>
        <w:br/>
        <w:t>Але, проходячи повз землянку, де іще недавно жив із своїми земляками, він раптом переривав свою пісню й з жахом дивився на забиті дошками вікна й двері та поспішався хутчій далі, бо страшні згадки про померших товаришів наганяли на нього важкий смуток, котрого не міг він спекатися вже до вечора.</w:t>
      </w:r>
    </w:p>
    <w:p>
      <w:r>
        <w:br/>
        <w:t>Коло контори на шахті завсігди купчився гурток робітників, чекаючи, поки покличе їх штейгер, молодий, безвусий, але гордовитий, непривітний юнак.</w:t>
      </w:r>
    </w:p>
    <w:p>
      <w:r>
        <w:br/>
        <w:t>— А, це ти, Ахмете! — насмішкувато зустрічали шахтарі Ахметку.— Знов прихадил, работ шукал,— перекривляли вони Ахметчину мову, думаючи, що так Ахметка краще їх зрозуміє.</w:t>
      </w:r>
    </w:p>
    <w:p>
      <w:r>
        <w:br/>
        <w:t>Ахметка одразу не помічав, що з нього глузують: сам чистий, ймовірний, як дитина, він і всіх інших людей вважав такими, як сам, тому, зачувши своє ім'я, він радо розповідав їм про все, що наболіло йому на душі: про смерть товаришів, про свою самотність, про журбу за рідним краєм, за діточками, про безробіття... А вони дивилися, як він кумедно розмахує руками, розказуючи про все оте, й реготали.</w:t>
      </w:r>
    </w:p>
    <w:p>
      <w:r>
        <w:br/>
        <w:t>Ахметка, як тільки вибухав раптовий сміх, здивовано зупинявся, жалібно дивився на всіх і знов починав своєї: сердега не міг зрозуміти, як можна сміятись з того, що так пекуче болить йому. Йому здавалося, що він же так докладно та зрозуміло все розказує, так переконуюче махає своїми мозоленими руками.... Чого ж вони регочуть?</w:t>
      </w:r>
    </w:p>
    <w:p>
      <w:r>
        <w:br/>
        <w:t>Сьогодні він також розказував їм, а вони сміялись і глузували.</w:t>
      </w:r>
    </w:p>
    <w:p>
      <w:r>
        <w:br/>
        <w:t>— Ех ти, татарин! — говорив хто-небудь з робітників, регочучи.</w:t>
      </w:r>
    </w:p>
    <w:p>
      <w:r>
        <w:br/>
        <w:t>— Татарин і є...</w:t>
      </w:r>
    </w:p>
    <w:p>
      <w:r>
        <w:br/>
        <w:t>— Сказано, бусурмен...</w:t>
      </w:r>
    </w:p>
    <w:p>
      <w:r>
        <w:br/>
        <w:t>— Невіра...</w:t>
      </w:r>
    </w:p>
    <w:p>
      <w:r>
        <w:br/>
        <w:t>— А скажіть мені, хлопці, от що,— повернувся до товариства молодий, жвавий шахтар,— чи в татарина є душа, чи нема?</w:t>
      </w:r>
    </w:p>
    <w:p>
      <w:r>
        <w:br/>
        <w:t>— Хо-хо-ха! яка там у нього душа! — відповідали жартуни й аж за боки хапались, сміючись.</w:t>
      </w:r>
    </w:p>
    <w:p>
      <w:r>
        <w:br/>
        <w:t>— В нього, замість душі, пара. Дмухни — вона й розвіється в повітрі.</w:t>
      </w:r>
    </w:p>
    <w:p>
      <w:r>
        <w:br/>
        <w:t>— Авжеж, яка там душа в мухоїданина![1]</w:t>
      </w:r>
    </w:p>
    <w:p>
      <w:r>
        <w:br/>
        <w:t>— Хіба людина з душею жертиме конятину?</w:t>
      </w:r>
    </w:p>
    <w:p>
      <w:r>
        <w:br/>
        <w:t>— Ахмете, чому ти не йдеш у город халати продавати або старим дрантям гендлювати?</w:t>
      </w:r>
    </w:p>
    <w:p>
      <w:r>
        <w:br/>
        <w:t>— Вещі-вещі-вещі! — химерно надувши губи, перекривляв молодий шахтар татар, що по містах скуповують стару одіж.</w:t>
      </w:r>
    </w:p>
    <w:p>
      <w:r>
        <w:br/>
        <w:t>Ахметка одразу сміявся разом із ними, бо не багато тямив з того, що вони йому казали, але потім догадався про глум, про кпини, про образу, одійшов набік і зажурився, глибоко замислившись.</w:t>
      </w:r>
    </w:p>
    <w:p>
      <w:r>
        <w:br/>
        <w:t>— Ей ти, татарське опудало,— гукнув на нього, визирнувши з своєї конторки, пан штейгер.</w:t>
      </w:r>
    </w:p>
    <w:p>
      <w:r>
        <w:br/>
        <w:t>Шахтарі відповідали веселим реготом, задоволені тим, що начальство жартує: вони звикли, що пан штейгер здебільшого тільки лає їх.</w:t>
      </w:r>
    </w:p>
    <w:p>
      <w:r>
        <w:br/>
        <w:t>— Чуєш? — штовхали вони Ахметку під боки.— Їх благородіє кличуть.</w:t>
      </w:r>
    </w:p>
    <w:p>
      <w:r>
        <w:br/>
        <w:t>Ахметка зцупив з голови свою шапочку і, притиснувши її обома руками до грудей, низько й підлесливо вклонився.</w:t>
      </w:r>
    </w:p>
    <w:p>
      <w:r>
        <w:br/>
        <w:t>— Работ, бачка... кушай нема... Ахмет помирал...— забелькотав Ахметка й кинувся до дверей, хотів ухопити штейгера за руку й поцілувати.</w:t>
      </w:r>
    </w:p>
    <w:p>
      <w:r>
        <w:br/>
        <w:t>— Ваше благородіє! ваше благородіє! — замурмотів, влетівши кулею, переляканий, блідний з жаху шахтар.— Пожежа в шахті!..</w:t>
      </w:r>
    </w:p>
    <w:p>
      <w:r>
        <w:br/>
        <w:t>Регіт і говірка раптом ущухли.</w:t>
      </w:r>
    </w:p>
    <w:p>
      <w:r>
        <w:br/>
        <w:t>— Що? — аж крутнувсь на місці штейгер.— Де саме? З чого занялося?..</w:t>
      </w:r>
    </w:p>
    <w:p>
      <w:r>
        <w:br/>
        <w:t>— Смазчик лампу перекинув в калюжу з мазутом і втік, нікому не сказавши й слова. Поки прибігли, то вже й приступитесь годі: кругом палає.</w:t>
      </w:r>
    </w:p>
    <w:p>
      <w:r>
        <w:br/>
        <w:t>Штейгер, як опечений, вискочив з конторки й подався по драбині нагору, звідки спускалися в шахту. Робітники за ним.</w:t>
      </w:r>
    </w:p>
    <w:p>
      <w:r>
        <w:br/>
        <w:t>Ахметка здивовано подививсь їм услід і, передчуваючи, що сталося якесь лихо, поліз і собі за ними.</w:t>
      </w:r>
    </w:p>
    <w:p>
      <w:r>
        <w:br/>
        <w:t>— Ах ви ж, сякі-такі! — метушився й лаявся штейгер, підступаючи то до одного, то до другого шахтаря з кулаками.— Ви не маєте права одмовлятись, коли вам велять. Зараз мені сідайте в кліть!..[2]</w:t>
      </w:r>
    </w:p>
    <w:p>
      <w:r>
        <w:br/>
        <w:t>Двоє робітників сміливо увійшли в кліть, а решта м'ялась і огиналась.</w:t>
      </w:r>
    </w:p>
    <w:p>
      <w:r>
        <w:br/>
        <w:t>— Еге, полізь,— говорили вони,— а звідти чи й виберешся живим...</w:t>
      </w:r>
    </w:p>
    <w:p>
      <w:r>
        <w:br/>
        <w:t>— Авжеж... хто його зна, що воно там робиться.</w:t>
      </w:r>
    </w:p>
    <w:p>
      <w:r>
        <w:br/>
        <w:t>— Он гляньте, вже й дим повалив з шахти .</w:t>
      </w:r>
    </w:p>
    <w:p>
      <w:r>
        <w:br/>
        <w:t>Ахметка, побачивши, дим, зрозумів усе. Він вийшов наперед і благаюче вклонився штейгерові, боячись, що той не дозволить йому стати в кліть.</w:t>
      </w:r>
    </w:p>
    <w:p>
      <w:r>
        <w:br/>
        <w:t>— Гаразд, ставай! — муркнув штейгер Ахметці.— Ну-у! посварився він кулаком на решту шахтарів.— Дайте вернутись, я вам згадаю. Скажи по телефону в контору, інженерові,— звелів він десятникові й сам став у кліть.</w:t>
      </w:r>
    </w:p>
    <w:p>
      <w:r>
        <w:br/>
        <w:t>Хрьопнула за ним хвірточка, дзенькнуло гасло машиністові, запихкала, застукала машина, й кліть, підстрибнувши вгору, пірнула в шахту.</w:t>
      </w:r>
    </w:p>
    <w:p>
      <w:r>
        <w:br/>
        <w:t>Спускались, задихаючись у диму. Півхвилини здалося за годину. Коли кліть стукнула в дно шахти, то завзятці ледве вийшли з неї: голова йшла обертом, ноги підгинались, руки були мов не свої. А тут же дим був ще густіший.</w:t>
      </w:r>
    </w:p>
    <w:p>
      <w:r>
        <w:br/>
        <w:t>— Ей, хто тут? — гукнув штейгер.</w:t>
      </w:r>
    </w:p>
    <w:p>
      <w:r>
        <w:br/>
        <w:t>— Я... ваш... бро...— почулося поблизу.— Сил немає... нагору б... задихаюся...</w:t>
      </w:r>
    </w:p>
    <w:p>
      <w:r>
        <w:br/>
        <w:t>— Ну, що? як? — сипав штейгер питаннями.— Дуже горить? Де робочі?</w:t>
      </w:r>
    </w:p>
    <w:p>
      <w:r>
        <w:br/>
        <w:t>— Там,— махнув шахтар, що стояв коло ствола.— Досі одгородили себе од диму... Наче трохи стихає...</w:t>
      </w:r>
    </w:p>
    <w:p>
      <w:r>
        <w:br/>
        <w:t>— А це хто стоїть?</w:t>
      </w:r>
    </w:p>
    <w:p>
      <w:r>
        <w:br/>
        <w:t>— Смазчик... очуманів...</w:t>
      </w:r>
    </w:p>
    <w:p>
      <w:r>
        <w:br/>
        <w:t>— І його нагору!..</w:t>
      </w:r>
    </w:p>
    <w:p>
      <w:r>
        <w:br/>
        <w:t>Штейгер, Ахметка й троє робітників помацки пішли вперед. Щодалі дим був густішій, було душно й чадно од горілого мазуту.</w:t>
      </w:r>
    </w:p>
    <w:p>
      <w:r>
        <w:br/>
        <w:t>Зупинились: далі йти було небезпечно. Чути було, як тріщали од огню дубові сохи й перетинки. Ні гомону, ні криків тих, що були там, за огнем, не чути було. Де вони й що вони роблять, як рятуються од диму,— ніхто не знав.</w:t>
      </w:r>
    </w:p>
    <w:p>
      <w:r>
        <w:br/>
        <w:t>— Ну, що його діяти? — безнадійно розвів руками штейгер.— Поки спуститься згори поміч, пропасти можна. Як би пробитись крізь огонь туди, до них, щоб дізнатись, що вони роблять... Та як ти його доступишся?..</w:t>
      </w:r>
    </w:p>
    <w:p>
      <w:r>
        <w:br/>
        <w:t>Ахметка чуттям зрозумів, що саме треба. Він намацав руками рівчак, яким збігала до цмоку вода, впав у той рівчак і перевернувся в нім, щоб обмочити себе з усіх боків; потім набрав води в пригорщі й вилив собі на голову.</w:t>
      </w:r>
    </w:p>
    <w:p>
      <w:r>
        <w:br/>
        <w:t>— Куди ти? — гукнув на нього штейгер, та було пізно: Ахметка зник у диму...</w:t>
      </w:r>
    </w:p>
    <w:p>
      <w:r>
        <w:br/>
        <w:t>Стояти довше близько коло огню було неможливо, і штейгер з, робітниками повернули назад до ствола. Спитали в рурку нагору, чи скоро прибуде допомога і знаряддя для тушіння пожежі. їм відповіли, що зараз спускаються.</w:t>
      </w:r>
    </w:p>
    <w:p>
      <w:r>
        <w:br/>
        <w:t>Вони чекали, хоч од диму щеміли віки на очах, стукало у висках, дерло в горлі.</w:t>
      </w:r>
    </w:p>
    <w:p>
      <w:r>
        <w:br/>
        <w:t>— Що воно? — спитав штейгер, почувши важку ходу поблизу.</w:t>
      </w:r>
    </w:p>
    <w:p>
      <w:r>
        <w:br/>
        <w:t>Шахтарі прислухались.</w:t>
      </w:r>
    </w:p>
    <w:p>
      <w:r>
        <w:br/>
        <w:t>— Мабуть, Ахмет вертається.</w:t>
      </w:r>
    </w:p>
    <w:p>
      <w:r>
        <w:br/>
        <w:t>— Не згорів, виходить,— буркнув штейгер.</w:t>
      </w:r>
    </w:p>
    <w:p>
      <w:r>
        <w:br/>
        <w:t>Справді, за хвилину перед ними вималювалося з диму чорне, замурзане обличчя Ахметки й його обсмалена одежа.</w:t>
      </w:r>
    </w:p>
    <w:p>
      <w:r>
        <w:br/>
        <w:t>— Держи, бачка,— промовив він і обережно почав спускати на підлогу зомлілого робітника, якого приніс на спині.</w:t>
      </w:r>
    </w:p>
    <w:p>
      <w:r>
        <w:br/>
        <w:t>— Хто це? де знайшов? — питав штейгер.</w:t>
      </w:r>
    </w:p>
    <w:p>
      <w:r>
        <w:br/>
        <w:t>Татарин щось забелькотав і замахав руками, показуючи в той бік, де була пожежа. Він важко дихав через ніс, і глибока мука вимальовувалася йому на обличчі.</w:t>
      </w:r>
    </w:p>
    <w:p>
      <w:r>
        <w:br/>
        <w:t>З його белькотання зрозуміли тільки, що там є ще люди і що їх треба вирятувати, але ніхто не зважався йти.</w:t>
      </w:r>
    </w:p>
    <w:p>
      <w:r>
        <w:br/>
        <w:t>Ахметка зник знову. Шахтарі похитали головами, підняли непритомного й положили в кліть, давши гасло на підіймання вгору.</w:t>
      </w:r>
    </w:p>
    <w:p>
      <w:r>
        <w:br/>
        <w:t>Незабаром в шахту спустився інженер з робітниками.</w:t>
      </w:r>
    </w:p>
    <w:p>
      <w:r>
        <w:br/>
        <w:t>Цілий день і ніч тушили пожежу, поки нарешті пощастило припинити огонь. Коли трохи провітрили шахту й пішли тією печерою, де працювали, рубаючи вугілля, шахтарі, то побачили, що вони щільно замурувалися од диму, грудками вугілля й глею. Гукнули й почули відповідь.</w:t>
      </w:r>
    </w:p>
    <w:p>
      <w:r>
        <w:br/>
        <w:t>— Дяка Господові, живі,— промовили робітники, здіймаючи шапки й хрестячись.</w:t>
      </w:r>
    </w:p>
    <w:p>
      <w:r>
        <w:br/>
        <w:t>Почали розбирати складену нашвидку пересічку й рятувати тих, що ховались за нею.</w:t>
      </w:r>
    </w:p>
    <w:p>
      <w:r>
        <w:br/>
        <w:t>— Де ж це Ахмет? — озирався, придивляючись у всі закутки, штейгер і розповів інженерові про те, як сміливо Ахметка кинувся крізь огонь, щоб рятувати товаришів одного проніс крізь огонь на своїх плечах, але більш не вертався,— певне, десь задихнувся в диму,</w:t>
      </w:r>
    </w:p>
    <w:p>
      <w:r>
        <w:br/>
        <w:t>— Гей-ей! — почулося з бокової печери.— Тут людина лежить непритомна.</w:t>
      </w:r>
    </w:p>
    <w:p>
      <w:r>
        <w:br/>
        <w:t>Штейгер побіг на голос.</w:t>
      </w:r>
    </w:p>
    <w:p>
      <w:r>
        <w:br/>
        <w:t>— Хто там,— спитав він, побачивши старого конюха Антипа, що, присвічуючи лампочкою, придивлявся до лежачого з розкинутими руками татарина.</w:t>
      </w:r>
    </w:p>
    <w:p>
      <w:r>
        <w:br/>
        <w:t>— Ахметка, ваше благородіє.</w:t>
      </w:r>
    </w:p>
    <w:p>
      <w:r>
        <w:br/>
        <w:t>— Живий?</w:t>
      </w:r>
    </w:p>
    <w:p>
      <w:r>
        <w:br/>
        <w:t>Дід Антип нахилився й засунув руку Ахметці за пазуху.</w:t>
      </w:r>
    </w:p>
    <w:p>
      <w:r>
        <w:br/>
        <w:t>— Так точно, живий ще.</w:t>
      </w:r>
    </w:p>
    <w:p>
      <w:r>
        <w:br/>
        <w:t>Ахметку підняли й видали нагору, де купчилось багато робітників, жінок, дітей. Жінки й діти плакали, думаючи, що їхні чоловіки й батьки загибли в шахті.</w:t>
      </w:r>
    </w:p>
    <w:p>
      <w:r>
        <w:br/>
        <w:t>До Ахметки підійшов лікар і почав клопотатись коло нього.</w:t>
      </w:r>
    </w:p>
    <w:p>
      <w:r>
        <w:br/>
        <w:t>Він скоро очуняв на свіжому повітрі. Лікар звелів перевезти його в лікарню.</w:t>
      </w:r>
    </w:p>
    <w:p>
      <w:r>
        <w:br/>
        <w:t>Коли татарина поклали на візок, то підійшов якийсь робітник, обняв його й поцілував.</w:t>
      </w:r>
    </w:p>
    <w:p>
      <w:r>
        <w:br/>
        <w:t>— Спасибі, Ахмете,— промовив він,— коли б не ти, то, може, довелося б і дуба дати в шахті.</w:t>
      </w:r>
    </w:p>
    <w:p>
      <w:r>
        <w:br/>
        <w:t>Ахметка здивовано розплющив очі, глянув на шахтаря й приязно посміхнувся: він не звик до такої ласки.</w:t>
      </w:r>
    </w:p>
    <w:p>
      <w:r>
        <w:br/>
        <w:t>Ахметка вже другого дня вийшов з лікарні. Йому дали роботу у шахті. Шахтарі більш не глузували з "невіри", а дітки сміливо йшли до рук і грались із ним.</w:t>
      </w:r>
    </w:p>
    <w:p>
      <w:r>
        <w:br/>
        <w:t>Ахметка більш не журився...</w:t>
      </w:r>
    </w:p>
    <w:p>
      <w:r>
        <w:br/>
        <w:t>[1] Так вимовляли робітники слово магометанин.— Приміт. авт.</w:t>
      </w:r>
    </w:p>
    <w:p>
      <w:r>
        <w:br/>
        <w:t>[2] Кліткою шахтарі спускаються в шахту.—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Ахметка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