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Афоризми Сковороди</w:t>
      </w:r>
    </w:p>
    <w:p>
      <w:r>
        <w:br/>
        <w:t xml:space="preserve"> &lt;p&gt;***</w:t>
      </w:r>
    </w:p>
    <w:p>
      <w:r>
        <w:br/>
        <w:t>Хто думає про науку, той любить її, а хто її любить, той ніколи не перестає вчитися, хоча б зовні він і здавався бездіяльним.</w:t>
      </w:r>
    </w:p>
    <w:p>
      <w:r>
        <w:br/>
        <w:t>***</w:t>
      </w:r>
    </w:p>
    <w:p>
      <w:r>
        <w:br/>
        <w:t>Ні про що не турбуватись, ні за чим не турбуватись — значить, не жити, а бути мертвим, адже турбота — рух душі, а життя — се рух.</w:t>
      </w:r>
    </w:p>
    <w:p>
      <w:r>
        <w:br/>
        <w:t>***</w:t>
      </w:r>
    </w:p>
    <w:p>
      <w:r>
        <w:br/>
        <w:t>Що може бути солодше за те, коли любить і прагне до тебе добра душа?</w:t>
      </w:r>
    </w:p>
    <w:p>
      <w:r>
        <w:br/>
        <w:t>***</w:t>
      </w:r>
    </w:p>
    <w:p>
      <w:r>
        <w:br/>
        <w:t>Надмір породжує пересит, пересит — нудьгу, нудьга ж — душевну тугу, а хто хворіє на се, того не назвеш здоровим.</w:t>
      </w:r>
    </w:p>
    <w:p>
      <w:r>
        <w:br/>
        <w:t>***</w:t>
      </w:r>
    </w:p>
    <w:p>
      <w:r>
        <w:br/>
        <w:t>Любов виникає з любові; коли хочу, щоб мене любили, я сам перший люблю.</w:t>
      </w:r>
    </w:p>
    <w:p>
      <w:r>
        <w:br/>
        <w:t>***</w:t>
      </w:r>
    </w:p>
    <w:p>
      <w:r>
        <w:br/>
        <w:t>Хіба розумно чинить той, хто, починаючи довгий шлях, в ході не дотримує міри?</w:t>
      </w:r>
    </w:p>
    <w:p>
      <w:r>
        <w:br/>
        <w:t>***</w:t>
      </w:r>
    </w:p>
    <w:p>
      <w:r>
        <w:br/>
        <w:t>Як купці вживають застережних заходів, аби у вигляді добрих товарів не придбати поганих і зіпсутих, так і нам слід якнайретельніше пильнувати, щоб, обираючи друзів, цю найліпшу окрасу життя, більше того — неоціненний скарб, через недбальство не натрапити на щось підроблене.</w:t>
      </w:r>
    </w:p>
    <w:p>
      <w:r>
        <w:br/>
        <w:t>***</w:t>
      </w:r>
    </w:p>
    <w:p>
      <w:r>
        <w:br/>
        <w:t>Не все те отрута, що неприємне на смак.</w:t>
      </w:r>
    </w:p>
    <w:p>
      <w:r>
        <w:br/>
        <w:t>***</w:t>
      </w:r>
    </w:p>
    <w:p>
      <w:r>
        <w:br/>
        <w:t>Добрий розум, робить легким будь-який спосіб життя.</w:t>
      </w:r>
    </w:p>
    <w:p>
      <w:r>
        <w:br/>
        <w:t>***</w:t>
      </w:r>
    </w:p>
    <w:p>
      <w:r>
        <w:br/>
        <w:t>Бери вершину і матимеш середину.</w:t>
      </w:r>
    </w:p>
    <w:p>
      <w:r>
        <w:br/>
        <w:t>***</w:t>
      </w:r>
    </w:p>
    <w:p>
      <w:r>
        <w:br/>
        <w:t>З усіх утрат втрата часу найтяжча.</w:t>
      </w:r>
    </w:p>
    <w:p>
      <w:r>
        <w:br/>
        <w:t>***</w:t>
      </w:r>
    </w:p>
    <w:p>
      <w:r>
        <w:br/>
        <w:t>Коли ти не озброїшся проти нудьги, то стережись, аби ця тварюка не спихнула тебе не з мосту, як то кажуть, а з чесноти в моральне зло. То навіть добре, що Діоген був приречений на заслання: там він узявся до філософії.</w:t>
      </w:r>
    </w:p>
    <w:p>
      <w:r>
        <w:br/>
        <w:t>***</w:t>
      </w:r>
    </w:p>
    <w:p>
      <w:r>
        <w:br/>
        <w:t>Так само як боязкі люди, захворівши під час плавання на морську хворобу, гадають, що вони почуватимуть себе краще, коли з великого судна пересядуть до невеличкого човна, а відти знову переберуться у тривесельник, але нічого сим не досягають, бо разом з собою переносять жовч і страх, — так і життєві зміни не усувають з душі того, що завдає прикрості і непокоїть.</w:t>
      </w:r>
    </w:p>
    <w:p>
      <w:r>
        <w:br/>
        <w:t>***</w:t>
      </w:r>
    </w:p>
    <w:p>
      <w:r>
        <w:br/>
        <w:t>Безумцеві властиво жалкувати за втраченим і не радіти з того, що лишилось.</w:t>
      </w:r>
    </w:p>
    <w:p>
      <w:r>
        <w:br/>
        <w:t>***</w:t>
      </w:r>
    </w:p>
    <w:p>
      <w:r>
        <w:br/>
        <w:t>Ти не можеш віднайти жодного друга, не нашукавши разом з ним і двох-трьох ворогів.</w:t>
      </w:r>
    </w:p>
    <w:p>
      <w:r>
        <w:br/>
        <w:t>***</w:t>
      </w:r>
    </w:p>
    <w:p>
      <w:r>
        <w:br/>
        <w:t>Більше думай і тоді вирішуй.</w:t>
      </w:r>
    </w:p>
    <w:p>
      <w:r>
        <w:br/>
        <w:t>***</w:t>
      </w:r>
    </w:p>
    <w:p>
      <w:r>
        <w:br/>
        <w:t>Скільки зла таїться всередині за гарною подобою: гадюка ховається в траві.</w:t>
      </w:r>
    </w:p>
    <w:p>
      <w:r>
        <w:br/>
        <w:t>***</w:t>
      </w:r>
    </w:p>
    <w:p>
      <w:r>
        <w:br/>
        <w:t>Хто добре запалився, той добре почав, а добре почати — це наполовину завершити.</w:t>
      </w:r>
    </w:p>
    <w:p>
      <w:r>
        <w:br/>
        <w:t>***</w:t>
      </w:r>
    </w:p>
    <w:p>
      <w:r>
        <w:br/>
        <w:t>О, коли б змога писати так само багато, як і мислити!</w:t>
      </w:r>
    </w:p>
    <w:p>
      <w:r>
        <w:br/>
        <w:t>***</w:t>
      </w:r>
    </w:p>
    <w:p>
      <w:r>
        <w:br/>
        <w:t>Майбутнім ми маримо, а сучасним гордуємо: ми прагнемо до того, чого немає, і нехтуємо тим, що є, так ніби минуле зможе вернутись назад, або напевно мусить здійснитися сподіване.</w:t>
      </w:r>
    </w:p>
    <w:p>
      <w:r>
        <w:br/>
        <w:t>***</w:t>
      </w:r>
    </w:p>
    <w:p>
      <w:r>
        <w:br/>
        <w:t>У тих, хто душею низький, найкраще з написаного і сказаного стає найгіршим.</w:t>
      </w:r>
    </w:p>
    <w:p>
      <w:r>
        <w:br/>
        <w:t>***</w:t>
      </w:r>
    </w:p>
    <w:p>
      <w:r>
        <w:br/>
        <w:t>Уподібнюйся пальмі: чим міцніше її стискає скеля, тим швидше і прекрасніше здіймається вона догори.</w:t>
      </w:r>
    </w:p>
    <w:p>
      <w:r>
        <w:br/>
        <w:t>***</w:t>
      </w:r>
    </w:p>
    <w:p>
      <w:r>
        <w:br/>
        <w:t>О, коли б ми в ганебних справах були такі ж соромливі і боязкі, як це часто ми буваємо боязкі і хибно соромливі у порядних вчинках!</w:t>
      </w:r>
    </w:p>
    <w:p>
      <w:r>
        <w:br/>
        <w:t>***</w:t>
      </w:r>
    </w:p>
    <w:p>
      <w:r>
        <w:br/>
        <w:t>Визначай смак не по шкаралупі, а по ядру.</w:t>
      </w:r>
    </w:p>
    <w:p>
      <w:r>
        <w:br/>
        <w:t>***</w:t>
      </w:r>
    </w:p>
    <w:p>
      <w:r>
        <w:br/>
        <w:t>Розум завжди любить до чогось братися, і коли він не матиме доброго, тоді звертатиметься до поганого.</w:t>
      </w:r>
    </w:p>
    <w:p>
      <w:r>
        <w:br/>
        <w:t>***</w:t>
      </w:r>
    </w:p>
    <w:p>
      <w:r>
        <w:br/>
        <w:t>Одне мені тільки близьке, вигукну я: о школо, о книги!</w:t>
      </w:r>
    </w:p>
    <w:p>
      <w:r>
        <w:br/>
        <w:t>***</w:t>
      </w:r>
    </w:p>
    <w:p>
      <w:r>
        <w:br/>
        <w:t>З видимого пізнавай невидиме.</w:t>
      </w:r>
    </w:p>
    <w:p>
      <w:r>
        <w:br/>
        <w:t>***</w:t>
      </w:r>
    </w:p>
    <w:p>
      <w:r>
        <w:br/>
        <w:t>Щасливий, хто мав змогу знайти щасливе життя. Але щасливіший той, хто вміє ним користуватись..</w:t>
      </w:r>
    </w:p>
    <w:p>
      <w:r>
        <w:br/>
        <w:t>***</w:t>
      </w:r>
    </w:p>
    <w:p>
      <w:r>
        <w:br/>
        <w:t>Не досить, щоб сяяло світло денного сонця, коли світло голови твоєї затьмарене.</w:t>
      </w:r>
    </w:p>
    <w:p>
      <w:r>
        <w:br/>
        <w:t>***</w:t>
      </w:r>
    </w:p>
    <w:p>
      <w:r>
        <w:br/>
        <w:t>Звірившись на море, ти перестаєш належати сам собі.</w:t>
      </w:r>
    </w:p>
    <w:p>
      <w:r>
        <w:br/>
        <w:t>***</w:t>
      </w:r>
    </w:p>
    <w:p>
      <w:r>
        <w:br/>
        <w:t>Похибки друзів ми повинні вміти виправляти або зносити, коли вони несерйозні.</w:t>
      </w:r>
    </w:p>
    <w:p>
      <w:r>
        <w:br/>
        <w:t>***</w:t>
      </w:r>
    </w:p>
    <w:p>
      <w:r>
        <w:br/>
        <w:t>Немає нічого небезпечнішого за підступного ворога, але немає нічого отруйнішого від удаваного друга.</w:t>
      </w:r>
    </w:p>
    <w:p>
      <w:r>
        <w:br/>
        <w:t>***</w:t>
      </w:r>
    </w:p>
    <w:p>
      <w:r>
        <w:br/>
        <w:t>Мудрець мусить і з гною вибирати золото.</w:t>
      </w:r>
    </w:p>
    <w:p>
      <w:r>
        <w:br/>
        <w:t>***</w:t>
      </w:r>
    </w:p>
    <w:p>
      <w:r>
        <w:br/>
        <w:t>Коли велика справа — панувати над тілами, то ще більша — керувати душами.</w:t>
      </w:r>
    </w:p>
    <w:p>
      <w:r>
        <w:br/>
        <w:t>***</w:t>
      </w:r>
    </w:p>
    <w:p>
      <w:r>
        <w:br/>
        <w:t>Збери всередині себе свої думки і в собі самому шукай справжніх благ. Копай всередині себе криницю для тої води, яка зросить і твою оселю, і сусідську.</w:t>
      </w:r>
    </w:p>
    <w:p>
      <w:r>
        <w:br/>
        <w:t>***</w:t>
      </w:r>
    </w:p>
    <w:p>
      <w:r>
        <w:br/>
        <w:t>Для шляхетної людини ніщо не є таке важке, як пишний бенкет, особливо коли перші місця на ньому займають пустомудрі.</w:t>
      </w:r>
    </w:p>
    <w:p>
      <w:r>
        <w:br/>
        <w:t>***</w:t>
      </w:r>
    </w:p>
    <w:p>
      <w:r>
        <w:br/>
        <w:t>Хіба не любов усе єднає, будує, творить, подібно до того, як ворожість руйнує?</w:t>
      </w:r>
    </w:p>
    <w:p>
      <w:r>
        <w:br/>
        <w:t>***</w:t>
      </w:r>
    </w:p>
    <w:p>
      <w:r>
        <w:br/>
        <w:t>Природа прекрасного така, що чим більше на шляху до нього трапляється перешкод, тим більше воно вабить, на зразок того найшляхетнішого і найтвердішого металу, який чим більше треться, тим прекрасніше виблискує.</w:t>
      </w:r>
    </w:p>
    <w:p>
      <w:r>
        <w:br/>
        <w:t>***</w:t>
      </w:r>
    </w:p>
    <w:p>
      <w:r>
        <w:br/>
        <w:t>Неправда гнобить і протидіє, але тим дужче бажання боротися з нею.</w:t>
      </w:r>
    </w:p>
    <w:p>
      <w:r>
        <w:br/>
        <w:t>***</w:t>
      </w:r>
    </w:p>
    <w:p>
      <w:r>
        <w:br/>
        <w:t>Чи знаєш ти, яких ліків вживають ужалені скорпіоном? Тим же скорпіоном натирають рану.</w:t>
      </w:r>
    </w:p>
    <w:p>
      <w:r>
        <w:br/>
        <w:t>***</w:t>
      </w:r>
    </w:p>
    <w:p>
      <w:r>
        <w:br/>
        <w:t>Сліпі очі, коли затулені зіниці.</w:t>
      </w:r>
    </w:p>
    <w:p>
      <w:r>
        <w:br/>
        <w:t>***</w:t>
      </w:r>
    </w:p>
    <w:p>
      <w:r>
        <w:br/>
        <w:t>Як ліки не завжди приємні, так і істина буває сувора.</w:t>
      </w:r>
    </w:p>
    <w:p>
      <w:r>
        <w:br/>
        <w:t>***</w:t>
      </w:r>
    </w:p>
    <w:p>
      <w:r>
        <w:br/>
        <w:t>Все минає, але любов після всього зостається.</w:t>
      </w:r>
    </w:p>
    <w:p>
      <w:r>
        <w:br/>
        <w:t>***</w:t>
      </w:r>
    </w:p>
    <w:p>
      <w:r>
        <w:br/>
        <w:t>Кому душа болить, тому весь світ плаче.</w:t>
      </w:r>
    </w:p>
    <w:p>
      <w:r>
        <w:br/>
        <w:t>***</w:t>
      </w:r>
    </w:p>
    <w:p>
      <w:r>
        <w:br/>
        <w:t>Тоді лише пізнається цінність часу, коли він втрачений.</w:t>
      </w:r>
    </w:p>
    <w:p>
      <w:r>
        <w:br/>
        <w:t>***</w:t>
      </w:r>
    </w:p>
    <w:p>
      <w:r>
        <w:br/>
        <w:t>Ти робиш найкращу і для тебе рятівну справу, коли твердо ступаєш по шляху доброго глузду.</w:t>
      </w:r>
    </w:p>
    <w:p>
      <w:r>
        <w:br/>
        <w:t>***</w:t>
      </w:r>
    </w:p>
    <w:p>
      <w:r>
        <w:br/>
        <w:t>Як нерозумно випрошувати те, чого можеш сам досягти!</w:t>
      </w:r>
    </w:p>
    <w:p>
      <w:r>
        <w:br/>
        <w:t>***</w:t>
      </w:r>
    </w:p>
    <w:p>
      <w:r>
        <w:br/>
        <w:t>Коли ти твердо йдеш шляхом, яким почав іти, то, на мою думку, ти щасливий.</w:t>
      </w:r>
    </w:p>
    <w:p>
      <w:r>
        <w:br/>
        <w:t>***</w:t>
      </w:r>
    </w:p>
    <w:p>
      <w:r>
        <w:br/>
        <w:t>Коли не зможу нічим любій вітчизні прислужитись, в усякому разі з усієї сили намагатимуся ніколи ні в чому не шкодити.</w:t>
      </w:r>
    </w:p>
    <w:p>
      <w:r>
        <w:br/>
        <w:t>***</w:t>
      </w:r>
    </w:p>
    <w:p>
      <w:r>
        <w:br/>
        <w:t>Всяка їжа і пиття смачні й корисні, але треба знати час, місце і міру.</w:t>
      </w:r>
    </w:p>
    <w:p>
      <w:r>
        <w:br/>
        <w:t>***</w:t>
      </w:r>
    </w:p>
    <w:p>
      <w:r>
        <w:br/>
        <w:t>Лід на те й родиться, аби танути.</w:t>
      </w:r>
    </w:p>
    <w:p>
      <w:r>
        <w:br/>
        <w:t>***</w:t>
      </w:r>
    </w:p>
    <w:p>
      <w:r>
        <w:br/>
        <w:t>Демон проти демона не свідчить, вовк вовчого м'яса не їсть.</w:t>
      </w:r>
    </w:p>
    <w:p>
      <w:r>
        <w:br/>
        <w:t>***</w:t>
      </w:r>
    </w:p>
    <w:p>
      <w:r>
        <w:br/>
        <w:t>Без ядра горіх ніщо, так само як і людина без серця.</w:t>
      </w:r>
    </w:p>
    <w:p>
      <w:r>
        <w:br/>
        <w:t>***</w:t>
      </w:r>
    </w:p>
    <w:p>
      <w:r>
        <w:br/>
        <w:t>Краще голий та правдивий, ніж багатий та беззаконний.</w:t>
      </w:r>
    </w:p>
    <w:p>
      <w:r>
        <w:br/>
        <w:t>***</w:t>
      </w:r>
    </w:p>
    <w:p>
      <w:r>
        <w:br/>
        <w:t>Облиш забобони, обмий совість, а потім одежу, залиш усі свої хиби і підіймайся!</w:t>
      </w:r>
    </w:p>
    <w:p>
      <w:r>
        <w:br/>
        <w:t>***</w:t>
      </w:r>
    </w:p>
    <w:p>
      <w:r>
        <w:br/>
        <w:t>Коли риба спіймана, вона вже не потребує принади.</w:t>
      </w:r>
    </w:p>
    <w:p>
      <w:r>
        <w:br/>
        <w:t>***</w:t>
      </w:r>
    </w:p>
    <w:p>
      <w:r>
        <w:br/>
        <w:t>Наступний, весело освітлений день — плід учорашнього, так само як добра старість — нагорода гарної юності.</w:t>
      </w:r>
    </w:p>
    <w:p>
      <w:r>
        <w:br/>
        <w:t>***</w:t>
      </w:r>
    </w:p>
    <w:p>
      <w:r>
        <w:br/>
        <w:t>Солодке пізнає пізніше той, хто може проковтнути неприємне.</w:t>
      </w:r>
    </w:p>
    <w:p>
      <w:r>
        <w:br/>
        <w:t>***</w:t>
      </w:r>
    </w:p>
    <w:p>
      <w:r>
        <w:br/>
        <w:t>Не любить серце, не бачачи краси.</w:t>
      </w:r>
    </w:p>
    <w:p>
      <w:r>
        <w:br/>
        <w:t>***</w:t>
      </w:r>
    </w:p>
    <w:p>
      <w:r>
        <w:br/>
        <w:t>Що вподобав, на те й перетворився.</w:t>
      </w:r>
    </w:p>
    <w:p>
      <w:r>
        <w:br/>
        <w:t>***</w:t>
      </w:r>
    </w:p>
    <w:p>
      <w:r>
        <w:br/>
        <w:t>Не за обличчя судіть, а за серце.</w:t>
      </w:r>
    </w:p>
    <w:p>
      <w:r>
        <w:br/>
        <w:t>***</w:t>
      </w:r>
    </w:p>
    <w:p>
      <w:r>
        <w:br/>
        <w:t>Кожен є той, чиє серце в нім: вовче серце — справдешній вовк, хоч обличчя людське; серце боброве — бобер, хоча вигляд вовчий; серце вепрове — вепр, хоч подоба бобра.</w:t>
      </w:r>
    </w:p>
    <w:p>
      <w:r>
        <w:br/>
        <w:t>***</w:t>
      </w:r>
    </w:p>
    <w:p>
      <w:r>
        <w:br/>
        <w:t>Чи може людина, сліпа у себе вдома, стати зрячою на базарі?</w:t>
      </w:r>
    </w:p>
    <w:p>
      <w:r>
        <w:br/>
        <w:t>***</w:t>
      </w:r>
    </w:p>
    <w:p>
      <w:r>
        <w:br/>
        <w:t>Пізнаєш істину — ввійде тоді у кров твою сонце.</w:t>
      </w:r>
    </w:p>
    <w:p>
      <w:r>
        <w:br/>
        <w:t>***</w:t>
      </w:r>
    </w:p>
    <w:p>
      <w:r>
        <w:br/>
        <w:t>Хіба може говорити про біле той, котрому невідоме, що таке чорне?</w:t>
      </w:r>
    </w:p>
    <w:p>
      <w:r>
        <w:br/>
        <w:t>***</w:t>
      </w:r>
    </w:p>
    <w:p>
      <w:r>
        <w:br/>
        <w:t>Світло відкриває нам те, про що ми у темряві лише здогадувалися.</w:t>
      </w:r>
    </w:p>
    <w:p>
      <w:r>
        <w:br/>
        <w:t>***</w:t>
      </w:r>
    </w:p>
    <w:p>
      <w:r>
        <w:br/>
        <w:t>Не може не блудити нога твоя, коли блудить серце.</w:t>
      </w:r>
    </w:p>
    <w:p>
      <w:r>
        <w:br/>
        <w:t>***</w:t>
      </w:r>
    </w:p>
    <w:p>
      <w:r>
        <w:br/>
        <w:t>Ніхто не може вбити в собі зло, коли не втямить спершу, що таке те зло, а що добро. А не взнавши сього у себе, як можна взнати і вигнати його в інших.</w:t>
      </w:r>
    </w:p>
    <w:p>
      <w:r>
        <w:br/>
        <w:t>***</w:t>
      </w:r>
    </w:p>
    <w:p>
      <w:r>
        <w:br/>
        <w:t>На новий путівець шукай нові ноги.</w:t>
      </w:r>
    </w:p>
    <w:p>
      <w:r>
        <w:br/>
        <w:t>***</w:t>
      </w:r>
    </w:p>
    <w:p>
      <w:r>
        <w:br/>
        <w:t>Що з того, коли листок зовні зелений, та корінь позбавлений життєвого соку?</w:t>
      </w:r>
    </w:p>
    <w:p>
      <w:r>
        <w:br/>
        <w:t>***</w:t>
      </w:r>
    </w:p>
    <w:p>
      <w:r>
        <w:br/>
        <w:t>Чи не дивина, що один у багатстві бідний, а інший у бідності багатий?</w:t>
      </w:r>
    </w:p>
    <w:p>
      <w:r>
        <w:br/>
        <w:t>***</w:t>
      </w:r>
    </w:p>
    <w:p>
      <w:r>
        <w:br/>
        <w:t>Не називай солодким те, що породжує гіркоту.</w:t>
      </w:r>
    </w:p>
    <w:p>
      <w:r>
        <w:br/>
        <w:t>***</w:t>
      </w:r>
    </w:p>
    <w:p>
      <w:r>
        <w:br/>
        <w:t>Вірю, що більше єлею має в своїх гладеньких словах улесник, аніж батько, коли карає, і що фальшива позолота блищить краще від самого золота... Але згадай приказку: "Вихвалявся гриб гарною шапкою, та що з того, коли під нею голови нема".</w:t>
      </w:r>
    </w:p>
    <w:p>
      <w:r>
        <w:br/>
        <w:t>***</w:t>
      </w:r>
    </w:p>
    <w:p>
      <w:r>
        <w:br/>
        <w:t>Вода без риби, повітря без пташок, час без людей бути не можуть.</w:t>
      </w:r>
    </w:p>
    <w:p>
      <w:r>
        <w:br/>
        <w:t>***</w:t>
      </w:r>
    </w:p>
    <w:p>
      <w:r>
        <w:br/>
        <w:t>Не все те недійсне, що недосяжне дитячому розумові.</w:t>
      </w:r>
    </w:p>
    <w:p>
      <w:r>
        <w:br/>
        <w:t>***</w:t>
      </w:r>
    </w:p>
    <w:p>
      <w:r>
        <w:br/>
        <w:t>Тінь яблуні не заважає.</w:t>
      </w:r>
    </w:p>
    <w:p>
      <w:r>
        <w:br/>
        <w:t>***</w:t>
      </w:r>
    </w:p>
    <w:p>
      <w:r>
        <w:br/>
        <w:t>Істина спалює і нищить усі стихії, показуючи, що вони лише тінь її.</w:t>
      </w:r>
    </w:p>
    <w:p>
      <w:r>
        <w:br/>
        <w:t>***</w:t>
      </w:r>
    </w:p>
    <w:p>
      <w:r>
        <w:br/>
        <w:t>Шукаємо щастя по країнах, століттях, а воно скрізь і завжди з нами; як риба в воді, так і ми в ньому, і воно біля нас шукає нас самих. Нема його ніде від того, що воно скрізь. Воно схоже до сонячного сяйва — відхили лише вхід у душу свою.</w:t>
      </w:r>
    </w:p>
    <w:p>
      <w:r>
        <w:br/>
        <w:t>***</w:t>
      </w:r>
    </w:p>
    <w:p>
      <w:r>
        <w:br/>
        <w:t>Математика, медицина, фізика, механіка, музика зі своїми сестрами — чим глибше їх пізнаємо, тим сильніше палять серце наше голод і спрага.</w:t>
      </w:r>
    </w:p>
    <w:p>
      <w:r>
        <w:br/>
        <w:t>***</w:t>
      </w:r>
    </w:p>
    <w:p>
      <w:r>
        <w:br/>
        <w:t>Невже ти не чув, що сини віку мудріші від синів дня?</w:t>
      </w:r>
    </w:p>
    <w:p>
      <w:r>
        <w:br/>
        <w:t>***</w:t>
      </w:r>
    </w:p>
    <w:p>
      <w:r>
        <w:br/>
        <w:t>Не дивина дорогу віднайти, але ніхто не хоче шукати, кожен своїм шляхом бреде та іншого веде — в цьому і важкість.</w:t>
      </w:r>
    </w:p>
    <w:p>
      <w:r>
        <w:br/>
        <w:t>***</w:t>
      </w:r>
    </w:p>
    <w:p>
      <w:r>
        <w:br/>
        <w:t>Не розум від книг, а книги від розуму створились.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Афоризми Сковороди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