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 hominem (поема)</w:t>
      </w:r>
    </w:p>
    <w:p>
      <w:r>
        <w:br/>
        <w:t xml:space="preserve"> 1.</w:t>
      </w:r>
    </w:p>
    <w:p>
      <w:r>
        <w:br/>
        <w:t>причетно рубали ліс&lt;br /&gt;</w:t>
        <w:br/>
        <w:t>виступали з полону як&lt;br /&gt;</w:t>
        <w:br/>
        <w:t>пересушені храми а&lt;br /&gt;</w:t>
        <w:br/>
        <w:t>корчі не сохли росли&lt;br /&gt;</w:t>
        <w:br/>
        <w:t>далі росли ширше і&lt;br /&gt;</w:t>
        <w:br/>
        <w:t>ширше і терпіти їх було&lt;br /&gt;</w:t>
        <w:br/>
        <w:t>важче ніж сонцю&lt;br /&gt;</w:t>
        <w:br/>
        <w:t>важче ніж&lt;br /&gt;</w:t>
        <w:br/>
        <w:t>магомета</w:t>
      </w:r>
    </w:p>
    <w:p>
      <w:r>
        <w:br/>
        <w:t>а тоді прийшли чорні&lt;br /&gt;</w:t>
        <w:br/>
        <w:t>люди і дихали димом і&lt;br /&gt;</w:t>
        <w:br/>
        <w:t>казки про змія горинича не&lt;br /&gt;</w:t>
        <w:br/>
        <w:t>лякали навіть дітей бо&lt;br /&gt;</w:t>
        <w:br/>
        <w:t>діти вмирали швидше ніж&lt;br /&gt;</w:t>
        <w:br/>
        <w:t>народжувались казки</w:t>
      </w:r>
    </w:p>
    <w:p>
      <w:r>
        <w:br/>
        <w:t>а то все погруддя&lt;br /&gt;</w:t>
        <w:br/>
        <w:t>білого ясена на припоні&lt;br /&gt;</w:t>
        <w:br/>
        <w:t>білого як мистецтво жити з&lt;br /&gt;</w:t>
        <w:br/>
        <w:t>німою що вітер її&lt;br /&gt;</w:t>
        <w:br/>
        <w:t>приніс</w:t>
      </w:r>
    </w:p>
    <w:p>
      <w:r>
        <w:br/>
        <w:t>мати причину сердитись і&lt;br /&gt;</w:t>
        <w:br/>
        <w:t>плодити кущі</w:t>
      </w:r>
    </w:p>
    <w:p>
      <w:r>
        <w:br/>
        <w:t>2.</w:t>
      </w:r>
    </w:p>
    <w:p>
      <w:r>
        <w:br/>
        <w:t>жили з богами&lt;br /&gt;</w:t>
        <w:br/>
        <w:t>жили з мамонами&lt;br /&gt;</w:t>
        <w:br/>
        <w:t>з кораблями жили&lt;br /&gt;</w:t>
        <w:br/>
        <w:t>гадали що перестане хоч&lt;br /&gt;</w:t>
        <w:br/>
        <w:t>місяць а він&lt;br /&gt;</w:t>
        <w:br/>
        <w:t>загубився&lt;br /&gt;</w:t>
        <w:br/>
        <w:t>і насіння як сіль&lt;br /&gt;</w:t>
        <w:br/>
        <w:t>у воді розчинилося</w:t>
      </w:r>
    </w:p>
    <w:p>
      <w:r>
        <w:br/>
        <w:t>і прийшли чорні&lt;br /&gt;</w:t>
        <w:br/>
        <w:t>люди і жити про&lt;br /&gt;</w:t>
        <w:br/>
        <w:t>силися а вода не&lt;br /&gt;</w:t>
        <w:br/>
        <w:t>приймала&lt;br /&gt;</w:t>
        <w:br/>
        <w:t>дівчину поверни казала&lt;br /&gt;</w:t>
        <w:br/>
        <w:t>дереву що горить&lt;br /&gt;</w:t>
        <w:br/>
        <w:t>ворона поверни казала&lt;br /&gt;</w:t>
        <w:br/>
        <w:t>місяцю хрещення&lt;br /&gt;</w:t>
        <w:br/>
        <w:t>а собака не буде просити&lt;br /&gt;</w:t>
        <w:br/>
        <w:t>трави від уроків</w:t>
      </w:r>
    </w:p>
    <w:p>
      <w:r>
        <w:br/>
        <w:t>3.</w:t>
      </w:r>
    </w:p>
    <w:p>
      <w:r>
        <w:br/>
        <w:t>стільки жінок в&lt;br /&gt;</w:t>
        <w:br/>
        <w:t>цій землі що&lt;br /&gt;</w:t>
        <w:br/>
        <w:t>плоди носять а&lt;br /&gt;</w:t>
        <w:br/>
        <w:t>жодна не випускає</w:t>
      </w:r>
    </w:p>
    <w:p>
      <w:r>
        <w:br/>
        <w:t>відпустила б каже а&lt;br /&gt;</w:t>
        <w:br/>
        <w:t>ячать а&lt;br /&gt;</w:t>
        <w:br/>
        <w:t>просяться&lt;br /&gt;</w:t>
        <w:br/>
        <w:t>так багато чорних лю&lt;br /&gt;</w:t>
        <w:br/>
        <w:t>дей ми не ви&lt;br /&gt;</w:t>
        <w:br/>
        <w:t>живем</w:t>
      </w:r>
    </w:p>
    <w:p>
      <w:r>
        <w:br/>
        <w:t>донесіть нас до глини синьої&lt;br /&gt;</w:t>
        <w:br/>
        <w:t>неба чорного&lt;br /&gt;</w:t>
        <w:br/>
        <w:t>краще ховатись тут&lt;br /&gt;</w:t>
        <w:br/>
        <w:t>аніж в замках і скелях&lt;br /&gt;</w:t>
        <w:br/>
        <w:t>чи ж тобі келія&lt;br /&gt;</w:t>
        <w:br/>
        <w:t>воду на світ принесе&lt;br /&gt;</w:t>
        <w:br/>
        <w:t>неотруєну&lt;br /&gt;</w:t>
        <w:br/>
        <w:t>чи ж мороз по шкірі&lt;br /&gt;</w:t>
        <w:br/>
        <w:t>це не той мороз&lt;br /&gt;</w:t>
        <w:br/>
        <w:t>що в землі</w:t>
      </w:r>
    </w:p>
    <w:p>
      <w:r>
        <w:br/>
        <w:t>а жити з місяця&lt;br /&gt;</w:t>
        <w:br/>
        <w:t>як гора на воскову плаху&lt;br /&gt;</w:t>
        <w:br/>
        <w:t>що мирро приносить&lt;br /&gt;</w:t>
        <w:br/>
        <w:t>а дівчат бурувати ка&lt;br /&gt;</w:t>
        <w:br/>
        <w:t>мінням і крик виривати&lt;br /&gt;</w:t>
        <w:br/>
        <w:t>як з мумій з&lt;br /&gt;</w:t>
        <w:br/>
        <w:t>губатого виводку&lt;br /&gt;</w:t>
        <w:br/>
        <w:t>бродити під сипунами&lt;br /&gt;</w:t>
        <w:br/>
        <w:t>на листя падкими</w:t>
      </w:r>
    </w:p>
    <w:p>
      <w:r>
        <w:br/>
        <w:t>а лиця хай закривають&lt;br /&gt;</w:t>
        <w:br/>
        <w:t>тому що вони жінки</w:t>
      </w:r>
    </w:p>
    <w:p>
      <w:r>
        <w:br/>
        <w:t>4.</w:t>
      </w:r>
    </w:p>
    <w:p>
      <w:r>
        <w:br/>
        <w:t>оступися&lt;br /&gt;</w:t>
        <w:br/>
        <w:t>марево моє осмомисле&lt;br /&gt;</w:t>
        <w:br/>
        <w:t>ті що на сході&lt;br /&gt;</w:t>
        <w:br/>
        <w:t>нема їм прощення&lt;br /&gt;</w:t>
        <w:br/>
        <w:t>від пастви черствої&lt;br /&gt;</w:t>
        <w:br/>
        <w:t>ті що на півдні&lt;br /&gt;</w:t>
        <w:br/>
        <w:t>їх амулети порожні&lt;br /&gt;</w:t>
        <w:br/>
        <w:t>від гри ціаніду&lt;br /&gt;</w:t>
        <w:br/>
        <w:t>а ті що на заході&lt;br /&gt;</w:t>
        <w:br/>
        <w:t>перстенем своїм&lt;br /&gt;</w:t>
        <w:br/>
        <w:t>подавляться</w:t>
      </w:r>
    </w:p>
    <w:p>
      <w:r>
        <w:br/>
        <w:t>тиха зима з&lt;br /&gt;</w:t>
        <w:br/>
        <w:t>півночі гола зима з&lt;br /&gt;</w:t>
        <w:br/>
        <w:t>півночі&lt;br /&gt;</w:t>
        <w:br/>
        <w:t>а до осені дамбу&lt;br /&gt;</w:t>
        <w:br/>
        <w:t>дощі вигризли</w:t>
      </w:r>
    </w:p>
    <w:p>
      <w:r>
        <w:br/>
        <w:t>проклинаю цих мовчазних&lt;br /&gt;</w:t>
        <w:br/>
        <w:t>бо вони не від того дракона&lt;br /&gt;</w:t>
        <w:br/>
        <w:t>кухулін їм краса&lt;br /&gt;</w:t>
        <w:br/>
        <w:t>і сила їм не від плоду&lt;br /&gt;</w:t>
        <w:br/>
        <w:t>а ви народіть&lt;br /&gt;</w:t>
        <w:br/>
        <w:t>житло помаранчі&lt;br /&gt;</w:t>
        <w:br/>
        <w:t>і дерево касти&lt;br /&gt;</w:t>
        <w:br/>
        <w:t>рубайте гілля&lt;br /&gt;</w:t>
        <w:br/>
        <w:t>але стовбур нехай росте</w:t>
      </w:r>
    </w:p>
    <w:p>
      <w:r>
        <w:br/>
        <w:t>5.</w:t>
      </w:r>
    </w:p>
    <w:p>
      <w:r>
        <w:br/>
        <w:t>не ті собаки&lt;br /&gt;</w:t>
        <w:br/>
        <w:t>по воду ходили&lt;br /&gt;</w:t>
        <w:br/>
        <w:t>не ті жінки&lt;br /&gt;</w:t>
        <w:br/>
        <w:t>постоли плели&lt;br /&gt;</w:t>
        <w:br/>
        <w:t>а коли недалеко до&lt;br /&gt;</w:t>
        <w:br/>
        <w:t>мерви то хіба&lt;br /&gt;</w:t>
        <w:br/>
        <w:t>сусіди збіжаться&lt;br /&gt;</w:t>
        <w:br/>
        <w:t>аби подивитися</w:t>
      </w:r>
    </w:p>
    <w:p>
      <w:r>
        <w:br/>
        <w:t>а я теленок наріжу&lt;br /&gt;</w:t>
        <w:br/>
        <w:t>та й піду по зрубі&lt;br /&gt;</w:t>
        <w:br/>
        <w:t>душу рости&lt;br /&gt;</w:t>
        <w:br/>
        <w:t>а душа як мідянка&lt;br /&gt;</w:t>
        <w:br/>
        <w:t>під сіном живе&lt;br /&gt;</w:t>
        <w:br/>
        <w:t>і не вернеться</w:t>
      </w:r>
    </w:p>
    <w:p>
      <w:r>
        <w:br/>
        <w:t>а ті що посіяли&lt;br /&gt;</w:t>
        <w:br/>
        <w:t>жито з грибами&lt;br /&gt;</w:t>
        <w:br/>
        <w:t>ті мишей пожнуть&lt;br /&gt;</w:t>
        <w:br/>
        <w:t>бо так багато чорних&lt;br /&gt;</w:t>
        <w:br/>
        <w:t>людей під підлогою&lt;br /&gt;</w:t>
        <w:br/>
        <w:t>і на покуті</w:t>
      </w:r>
    </w:p>
    <w:p>
      <w:r>
        <w:br/>
        <w:t>а жінки що&lt;br /&gt;</w:t>
        <w:br/>
        <w:t>носити не зможуть&lt;br /&gt;</w:t>
        <w:br/>
        <w:t>народять дерево&lt;br /&gt;</w:t>
        <w:br/>
        <w:t>але в землю воно ростиме&lt;br /&gt;</w:t>
        <w:br/>
        <w:t>бо жінкам&lt;br /&gt;</w:t>
        <w:br/>
        <w:t>коріння миліше</w:t>
      </w:r>
    </w:p>
    <w:p>
      <w:r>
        <w:br/>
        <w:t>6.</w:t>
      </w:r>
    </w:p>
    <w:p>
      <w:r>
        <w:br/>
        <w:t>сію цих жевжиків&lt;br /&gt;</w:t>
        <w:br/>
        <w:t>лісом та&lt;br /&gt;</w:t>
        <w:br/>
        <w:t>полем та&lt;br /&gt;</w:t>
        <w:br/>
        <w:t>берегами&lt;br /&gt;</w:t>
        <w:br/>
        <w:t>а десна все міл&lt;br /&gt;</w:t>
        <w:br/>
        <w:t>кіша міл&lt;br /&gt;</w:t>
        <w:br/>
        <w:t>кіша від касти&lt;br /&gt;</w:t>
        <w:br/>
        <w:t>мармонів і&lt;br /&gt;</w:t>
        <w:br/>
        <w:t>ніч усе ближча до&lt;br /&gt;</w:t>
        <w:br/>
        <w:t>берега а&lt;br /&gt;</w:t>
        <w:br/>
        <w:t>берег від води&lt;br /&gt;</w:t>
        <w:br/>
        <w:t>все далі</w:t>
      </w:r>
    </w:p>
    <w:p>
      <w:r>
        <w:br/>
        <w:t>ми вірили в те що&lt;br /&gt;</w:t>
        <w:br/>
        <w:t>зірки великі а&lt;br /&gt;</w:t>
        <w:br/>
        <w:t>вони як бджоли&lt;br /&gt;</w:t>
        <w:br/>
        <w:t>не втеплиш вулик на зиму&lt;br /&gt;</w:t>
        <w:br/>
        <w:t>і виздихала поезія</w:t>
      </w:r>
    </w:p>
    <w:p>
      <w:r>
        <w:br/>
        <w:t>проголосіть богами&lt;br /&gt;</w:t>
        <w:br/>
        <w:t>хоч тарганів а&lt;br /&gt;</w:t>
        <w:br/>
        <w:t>вони все одно таргани</w:t>
      </w:r>
    </w:p>
    <w:p>
      <w:r>
        <w:br/>
        <w:t>7.</w:t>
      </w:r>
    </w:p>
    <w:p>
      <w:r>
        <w:br/>
        <w:t>дозвольте жінкам по&lt;br /&gt;</w:t>
        <w:br/>
        <w:t>мирати з плодами в череві&lt;br /&gt;</w:t>
        <w:br/>
        <w:t>дозвольте вовкам вити на&lt;br /&gt;</w:t>
        <w:br/>
        <w:t>місяць якого&lt;br /&gt;</w:t>
        <w:br/>
        <w:t>нема&lt;br /&gt;</w:t>
        <w:br/>
        <w:t>дозвольте чорним&lt;br /&gt;</w:t>
        <w:br/>
        <w:t>людям жити де їм&lt;br /&gt;</w:t>
        <w:br/>
        <w:t>захочеться&lt;br /&gt;</w:t>
        <w:br/>
        <w:t>дозвольте поетам мо&lt;br /&gt;</w:t>
        <w:br/>
        <w:t>читися під парканом</w:t>
      </w:r>
    </w:p>
    <w:p>
      <w:r>
        <w:br/>
        <w:t>плечиста діво чи&lt;br /&gt;</w:t>
        <w:br/>
        <w:t>груди твої немиті&lt;br /&gt;</w:t>
        <w:br/>
        <w:t>хоч самоту нагодують&lt;br /&gt;</w:t>
        <w:br/>
        <w:t>перш ніж ув&lt;br /&gt;</w:t>
        <w:br/>
        <w:t>ополонку</w:t>
      </w:r>
    </w:p>
    <w:p>
      <w:r>
        <w:br/>
        <w:t>8.</w:t>
      </w:r>
    </w:p>
    <w:p>
      <w:r>
        <w:br/>
        <w:t>першими різати&lt;br /&gt;</w:t>
        <w:br/>
        <w:t>не королів а&lt;br /&gt;</w:t>
        <w:br/>
        <w:t>селян&lt;br /&gt;</w:t>
        <w:br/>
        <w:t>їхня кров&lt;br /&gt;</w:t>
        <w:br/>
        <w:t>найчистіша&lt;br /&gt;</w:t>
        <w:br/>
        <w:t>одружувати красунь&lt;br /&gt;</w:t>
        <w:br/>
        <w:t>з голими чорними прутнями&lt;br /&gt;</w:t>
        <w:br/>
        <w:t>що обрізані&lt;br /&gt;</w:t>
        <w:br/>
        <w:t>плекати калік&lt;br /&gt;</w:t>
        <w:br/>
        <w:t>сифілітиків&lt;br /&gt;</w:t>
        <w:br/>
        <w:t>і прокажених&lt;br /&gt;</w:t>
        <w:br/>
        <w:t>хай виносять на вулиці&lt;br /&gt;</w:t>
        <w:br/>
        <w:t>смердючі свої&lt;br /&gt;</w:t>
        <w:br/>
        <w:t>обрубки&lt;br /&gt;</w:t>
        <w:br/>
        <w:t>дозволити гомікам&lt;br /&gt;</w:t>
        <w:br/>
        <w:t>цілуватись на вулицях&lt;br /&gt;</w:t>
        <w:br/>
        <w:t>без презервативів&lt;br /&gt;</w:t>
        <w:br/>
        <w:t>а тоді&lt;br /&gt;</w:t>
        <w:br/>
        <w:t>жийте співайте&lt;br /&gt;</w:t>
        <w:br/>
        <w:t>любіть мрійте&lt;br /&gt;</w:t>
        <w:br/>
        <w:t>і&lt;br /&gt;</w:t>
        <w:br/>
        <w:t>моліться</w:t>
      </w:r>
    </w:p>
    <w:p>
      <w:r>
        <w:br/>
        <w:t>нехай прийде&lt;br /&gt;</w:t>
        <w:br/>
        <w:t>сила твоя&lt;br /&gt;</w:t>
        <w:br/>
        <w:t>нехай буде&lt;br /&gt;</w:t>
        <w:br/>
        <w:t>кара твоя</w:t>
      </w:r>
    </w:p>
    <w:p>
      <w:r>
        <w:br/>
        <w:t>безбарвна</w:t>
      </w:r>
    </w:p>
    <w:p>
      <w:r>
        <w:br/>
        <w:t>9.</w:t>
      </w:r>
    </w:p>
    <w:p>
      <w:r>
        <w:br/>
        <w:t>німого водити&lt;br /&gt;</w:t>
        <w:br/>
        <w:t>на повідку&lt;br /&gt;</w:t>
        <w:br/>
        <w:t>як на прощу&lt;br /&gt;</w:t>
        <w:br/>
        <w:t>така тобі кара&lt;br /&gt;</w:t>
        <w:br/>
        <w:t>з берега</w:t>
      </w:r>
    </w:p>
    <w:p>
      <w:r>
        <w:br/>
        <w:t>а захочеш&lt;br /&gt;</w:t>
        <w:br/>
        <w:t>страву гасити&lt;br /&gt;</w:t>
        <w:br/>
        <w:t>миром з болота&lt;br /&gt;</w:t>
        <w:br/>
        <w:t>чи сховає тебе черв'як&lt;br /&gt;</w:t>
        <w:br/>
        <w:t>носити у коконі</w:t>
      </w:r>
    </w:p>
    <w:p>
      <w:r>
        <w:br/>
        <w:t>бо&lt;br /&gt;</w:t>
        <w:br/>
        <w:t>місце води&lt;br /&gt;</w:t>
        <w:br/>
        <w:t>навіть повітря&lt;br /&gt;</w:t>
        <w:br/>
        <w:t>не виповнить</w:t>
      </w:r>
    </w:p>
    <w:p>
      <w:r>
        <w:br/>
        <w:t>коли&lt;br /&gt;</w:t>
        <w:br/>
        <w:t>жабуриння&lt;br /&gt;</w:t>
        <w:br/>
        <w:t>на денці</w:t>
      </w:r>
    </w:p>
    <w:p>
      <w:r>
        <w:br/>
        <w:t>10.</w:t>
      </w:r>
    </w:p>
    <w:p>
      <w:r>
        <w:br/>
        <w:t>прощення&lt;br /&gt;</w:t>
        <w:br/>
        <w:t>з вітру до вітру&lt;br /&gt;</w:t>
        <w:br/>
        <w:t>це буде не так</w:t>
      </w:r>
    </w:p>
    <w:p>
      <w:r>
        <w:br/>
        <w:t>тисни&lt;br /&gt;</w:t>
        <w:br/>
        <w:t>і витиснеться тобі&lt;br /&gt;</w:t>
        <w:br/>
        <w:t>на долоню</w:t>
      </w:r>
    </w:p>
    <w:p>
      <w:r>
        <w:br/>
        <w:t>гноєм і мирром&lt;br /&gt;</w:t>
        <w:br/>
        <w:t>причестя здійснили&lt;br /&gt;</w:t>
        <w:br/>
        <w:t>гноєм і ваксою</w:t>
      </w:r>
    </w:p>
    <w:p>
      <w:r>
        <w:br/>
        <w:t>і сан&lt;br /&gt;</w:t>
        <w:br/>
        <w:t>в пісок</w:t>
      </w:r>
    </w:p>
    <w:p>
      <w:r>
        <w:br/>
        <w:t>така це&lt;br /&gt;</w:t>
        <w:br/>
        <w:t>природа струпа&lt;br /&gt;</w:t>
        <w:br/>
        <w:t>один витиснеш&lt;br /&gt;</w:t>
        <w:br/>
        <w:t>десять наспіє</w:t>
      </w:r>
    </w:p>
    <w:p>
      <w:r>
        <w:br/>
        <w:t>і тиснеш&lt;br /&gt;</w:t>
        <w:br/>
        <w:t>і тиснути&lt;br /&gt;</w:t>
        <w:br/>
        <w:t>хочеться</w:t>
      </w:r>
    </w:p>
    <w:p>
      <w:r>
        <w:br/>
        <w:t>ще</w:t>
      </w:r>
    </w:p>
    <w:p>
      <w:r>
        <w:br/>
        <w:t>11.</w:t>
      </w:r>
    </w:p>
    <w:p>
      <w:r>
        <w:br/>
        <w:t>мертвому&lt;br /&gt;</w:t>
        <w:br/>
        <w:t>за погонича&lt;br /&gt;</w:t>
        <w:br/>
        <w:t>богомази</w:t>
      </w:r>
    </w:p>
    <w:p>
      <w:r>
        <w:br/>
        <w:t>частуєш їх голодом&lt;br /&gt;</w:t>
        <w:br/>
        <w:t>а піст&lt;br /&gt;</w:t>
        <w:br/>
        <w:t>не приходить</w:t>
      </w:r>
    </w:p>
    <w:p>
      <w:r>
        <w:br/>
        <w:t>лиш чорні&lt;br /&gt;</w:t>
        <w:br/>
        <w:t>люди по&lt;br /&gt;</w:t>
        <w:br/>
        <w:t>віку повзуть&lt;br /&gt;</w:t>
        <w:br/>
        <w:t>як прощені</w:t>
      </w:r>
    </w:p>
    <w:p>
      <w:r>
        <w:br/>
        <w:t>і з губ шершавих&lt;br /&gt;</w:t>
        <w:br/>
        <w:t>волосся&lt;br /&gt;</w:t>
        <w:br/>
        <w:t>росте</w:t>
      </w:r>
    </w:p>
    <w:p>
      <w:r>
        <w:br/>
        <w:t>12.</w:t>
      </w:r>
    </w:p>
    <w:p>
      <w:r>
        <w:br/>
        <w:t>нема тобі синього&lt;br /&gt;</w:t>
        <w:br/>
        <w:t>і невірного&lt;br /&gt;</w:t>
        <w:br/>
        <w:t>нема тобі голого&lt;br /&gt;</w:t>
        <w:br/>
        <w:t>і побожного&lt;br /&gt;</w:t>
        <w:br/>
        <w:t>на бадиллі</w:t>
      </w:r>
    </w:p>
    <w:p>
      <w:r>
        <w:br/>
        <w:t>вріж ко вени картавої&lt;br /&gt;</w:t>
        <w:br/>
        <w:t>дівчини божевільної&lt;br /&gt;</w:t>
        <w:br/>
        <w:t>а кишки жертовні&lt;br /&gt;</w:t>
        <w:br/>
        <w:t>собаці винеси</w:t>
      </w:r>
    </w:p>
    <w:p>
      <w:r>
        <w:br/>
        <w:t>не покори прошу&lt;br /&gt;</w:t>
        <w:br/>
        <w:t>не крові&lt;br /&gt;</w:t>
        <w:br/>
        <w:t>краси ножа</w:t>
      </w:r>
    </w:p>
    <w:p>
      <w:r>
        <w:br/>
        <w:t>13.</w:t>
      </w:r>
    </w:p>
    <w:p>
      <w:r>
        <w:br/>
        <w:t>у червоній калюжі&lt;br /&gt;</w:t>
        <w:br/>
        <w:t>бульбашки</w:t>
      </w:r>
    </w:p>
    <w:p>
      <w:r>
        <w:br/>
        <w:t>на сльоту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hominem (поема)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