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Абетка</w:t>
      </w:r>
    </w:p>
    <w:p>
      <w:r>
        <w:br/>
        <w:t xml:space="preserve"> Григорій Фалькович&lt;br /&gt;</w:t>
        <w:br/>
        <w:t>АБЕТКА</w:t>
      </w:r>
    </w:p>
    <w:p>
      <w:r>
        <w:br/>
        <w:t>Абетку ти береш до рук.&lt;br /&gt;</w:t>
        <w:br/>
        <w:t>Абетка — ключ до всіх наук,&lt;br /&gt;</w:t>
        <w:br/>
        <w:t>До всіх історій чарівних,&lt;br /&gt;</w:t>
        <w:br/>
        <w:t>І таємничих, і смішних.</w:t>
      </w:r>
    </w:p>
    <w:p>
      <w:r>
        <w:br/>
        <w:t>Рушаймо! Ось вона, твоя&lt;br /&gt;</w:t>
        <w:br/>
        <w:t>Стежиночка від "А" до "Я":</w:t>
      </w:r>
    </w:p>
    <w:p>
      <w:r>
        <w:br/>
        <w:t>Григорій Фалькович. Вірші для дітей. Абетка. Малюнки Тамари Морозко</w:t>
      </w:r>
    </w:p>
    <w:p>
      <w:r>
        <w:br/>
        <w:t>А, Б, В, Г, Ґ, Д, Е, Є, Ж, З, И, І, Ї, Й, К, Л, М, Н, О, П, Р, С, Т, У, Ф, Х, Ц, Ч, Ш, Щ, Ь, Ю, Я.</w:t>
      </w:r>
    </w:p>
    <w:p>
      <w:r>
        <w:br/>
        <w:t>А</w:t>
      </w:r>
    </w:p>
    <w:p>
      <w:r>
        <w:br/>
        <w:t>Артист на сцені голосно співав,&lt;br /&gt;</w:t>
        <w:br/>
        <w:t>А весь театр йому аплодував,&lt;br /&gt;</w:t>
        <w:br/>
        <w:t>І навіть квітка вдруге розцвіла —&lt;br /&gt;</w:t>
        <w:br/>
        <w:t>Така чудова арія була.</w:t>
      </w:r>
    </w:p>
    <w:p>
      <w:r>
        <w:br/>
        <w:t>Григорій Фалькович. Вірші для дітей. Абетка. Малюнки Тамари Морозко</w:t>
      </w:r>
    </w:p>
    <w:p>
      <w:r>
        <w:br/>
        <w:t>Б</w:t>
      </w:r>
    </w:p>
    <w:p>
      <w:r>
        <w:br/>
        <w:t>Бичок, що жив у Березані,&lt;br /&gt;</w:t>
        <w:br/>
        <w:t>Співав і грав на барабані,&lt;br /&gt;</w:t>
        <w:br/>
        <w:t>А Борсучок із Броварів&lt;br /&gt;</w:t>
        <w:br/>
        <w:t>Співати й грати не умів.</w:t>
      </w:r>
    </w:p>
    <w:p>
      <w:r>
        <w:br/>
        <w:t>Якби привезти Борсучка&lt;br /&gt;</w:t>
        <w:br/>
        <w:t>До березанського Бичка,&lt;br /&gt;</w:t>
        <w:br/>
        <w:t>То й Борсучок би став артистом —&lt;br /&gt;</w:t>
        <w:br/>
        <w:t>Ударником і вокалістом.</w:t>
      </w:r>
    </w:p>
    <w:p>
      <w:r>
        <w:br/>
        <w:t>В</w:t>
      </w:r>
    </w:p>
    <w:p>
      <w:r>
        <w:br/>
        <w:t>Вовк вивчав овечу мову,&lt;br /&gt;</w:t>
        <w:br/>
        <w:t>Вовк щодня учив по слову —&lt;br /&gt;</w:t>
        <w:br/>
        <w:t>Він за п'ять весняних днів&lt;br /&gt;</w:t>
        <w:br/>
        <w:t>Вивчив п'ять овечих слів:&lt;br /&gt;</w:t>
        <w:br/>
        <w:t>Ме-ме-ме-ме-ме.</w:t>
      </w:r>
    </w:p>
    <w:p>
      <w:r>
        <w:br/>
        <w:t>Григорій Фалькович. Вірші для дітей. Абетка. Малюнки Тамари Морозко</w:t>
      </w:r>
    </w:p>
    <w:p>
      <w:r>
        <w:br/>
        <w:t>Г</w:t>
      </w:r>
    </w:p>
    <w:p>
      <w:r>
        <w:br/>
        <w:t>Голуб голубці зробив голубці,&lt;br /&gt;</w:t>
        <w:br/>
        <w:t>І кашку зварив їй на молоці.&lt;br /&gt;</w:t>
        <w:br/>
        <w:t>Голубка зраділа,&lt;br /&gt;</w:t>
        <w:br/>
        <w:t>Гарненько поїла,&lt;br /&gt;</w:t>
        <w:br/>
        <w:t>І в гості до подруги з ним полетіла.</w:t>
      </w:r>
    </w:p>
    <w:p>
      <w:r>
        <w:br/>
        <w:t>Ґ</w:t>
      </w:r>
    </w:p>
    <w:p>
      <w:r>
        <w:br/>
        <w:t>Ґава тільки темне носить,&lt;br /&gt;</w:t>
        <w:br/>
        <w:t>Але їй цього не досить:&lt;br /&gt;</w:t>
        <w:br/>
        <w:t>Тож, вона придбала влітку&lt;br /&gt;</w:t>
        <w:br/>
        <w:t>Сині ґудзики і квітку,&lt;br /&gt;</w:t>
        <w:br/>
        <w:t>Золоту корону&lt;br /&gt;</w:t>
        <w:br/>
        <w:t>І хустку червону.</w:t>
      </w:r>
    </w:p>
    <w:p>
      <w:r>
        <w:br/>
        <w:t>А чомусь її з короною&lt;br /&gt;</w:t>
        <w:br/>
        <w:t>Дражнять "Білою вороною".</w:t>
      </w:r>
    </w:p>
    <w:p>
      <w:r>
        <w:br/>
        <w:t>Д</w:t>
      </w:r>
    </w:p>
    <w:p>
      <w:r>
        <w:br/>
        <w:t>Долоня, плюс долоня —&lt;br /&gt;</w:t>
        <w:br/>
        <w:t>Аплодує доня:&lt;br /&gt;</w:t>
        <w:br/>
        <w:t>До вподоби доні&lt;br /&gt;</w:t>
        <w:br/>
        <w:t>Плескати в долоні:&lt;br /&gt;</w:t>
        <w:br/>
        <w:t>І коли квітує мак,&lt;br /&gt;</w:t>
        <w:br/>
        <w:t>І коли повзе слимак,&lt;br /&gt;</w:t>
        <w:br/>
        <w:t>І коли летить літак,&lt;br /&gt;</w:t>
        <w:br/>
        <w:t>А нерідко й просто так...</w:t>
      </w:r>
    </w:p>
    <w:p>
      <w:r>
        <w:br/>
        <w:t>Григорій Фалькович. Вірші для дітей. Абетка. Малюнки Тамари Морозко</w:t>
      </w:r>
    </w:p>
    <w:p>
      <w:r>
        <w:br/>
        <w:t>Е</w:t>
      </w:r>
    </w:p>
    <w:p>
      <w:r>
        <w:br/>
        <w:t>Електропоїзд їде на Лубни.&lt;br /&gt;</w:t>
        <w:br/>
        <w:t>Везе він пасажирів — хто ж вони?&lt;br /&gt;</w:t>
        <w:br/>
        <w:t>Це — страус Ему, чорний спаніель&lt;br /&gt;</w:t>
        <w:br/>
        <w:t>І жабка на ім'я Емануель.</w:t>
      </w:r>
    </w:p>
    <w:p>
      <w:r>
        <w:br/>
        <w:t>Є</w:t>
      </w:r>
    </w:p>
    <w:p>
      <w:r>
        <w:br/>
        <w:t>Єнот не міг завчити нот,&lt;br /&gt;</w:t>
        <w:br/>
        <w:t>І це, на жаль, не анекдот:&lt;br /&gt;</w:t>
        <w:br/>
        <w:t>Не міг завчити, ну ніяк,&lt;br /&gt;</w:t>
        <w:br/>
        <w:t>Ні він, ні друг його їжак.</w:t>
      </w:r>
    </w:p>
    <w:p>
      <w:r>
        <w:br/>
        <w:t>Тому єноти з їжаками&lt;br /&gt;</w:t>
        <w:br/>
        <w:t>Не стали й досі співаками.</w:t>
      </w:r>
    </w:p>
    <w:p>
      <w:r>
        <w:br/>
        <w:t>Ж</w:t>
      </w:r>
    </w:p>
    <w:p>
      <w:r>
        <w:br/>
        <w:t>Жук у гості йшов до жабки —&lt;br /&gt;</w:t>
        <w:br/>
        <w:t>Тож, помив шампунем лапки,&lt;br /&gt;</w:t>
        <w:br/>
        <w:t>Ну а жабка для жука&lt;br /&gt;</w:t>
        <w:br/>
        <w:t>Станцювала гопака.</w:t>
      </w:r>
    </w:p>
    <w:p>
      <w:r>
        <w:br/>
        <w:t>З</w:t>
      </w:r>
    </w:p>
    <w:p>
      <w:r>
        <w:br/>
        <w:t>Зебра на своєму тілі&lt;br /&gt;</w:t>
        <w:br/>
        <w:t>Має смужки чорно-білі:&lt;br /&gt;</w:t>
        <w:br/>
        <w:t>Я б додав іще до них&lt;br /&gt;</w:t>
        <w:br/>
        <w:t>І зелених, і рудих,&lt;br /&gt;</w:t>
        <w:br/>
        <w:t>Бо на мій художній смак&lt;br /&gt;</w:t>
        <w:br/>
        <w:t>Їй пасує саме так.</w:t>
      </w:r>
    </w:p>
    <w:p>
      <w:r>
        <w:br/>
        <w:t>И</w:t>
      </w:r>
    </w:p>
    <w:p>
      <w:r>
        <w:br/>
        <w:t>И — літера, хоча і показна,&lt;br /&gt;</w:t>
        <w:br/>
        <w:t>Собою слів вона не почина,&lt;br /&gt;</w:t>
        <w:br/>
        <w:t>У неї є маленький свій секрет:&lt;br /&gt;</w:t>
        <w:br/>
        <w:t>Мабуть, не варто пхатись наперед.</w:t>
      </w:r>
    </w:p>
    <w:p>
      <w:r>
        <w:br/>
        <w:t>Григорій Фалькович. Вірші для дітей. Абетка. Малюнки Тамари Морозко</w:t>
      </w:r>
    </w:p>
    <w:p>
      <w:r>
        <w:br/>
        <w:t>І</w:t>
      </w:r>
    </w:p>
    <w:p>
      <w:r>
        <w:br/>
        <w:t>Іграшці сьогодні дуже сумно,&lt;br /&gt;</w:t>
        <w:br/>
        <w:t>Хоч у домі — весело і шумно:&lt;br /&gt;</w:t>
        <w:br/>
        <w:t>Вперше в іграшковому житті&lt;br /&gt;</w:t>
        <w:br/>
        <w:t>Кинули її на самоті.</w:t>
      </w:r>
    </w:p>
    <w:p>
      <w:r>
        <w:br/>
        <w:t>Ї</w:t>
      </w:r>
    </w:p>
    <w:p>
      <w:r>
        <w:br/>
        <w:t>Їжак прийшов до їжака:&lt;br /&gt;</w:t>
        <w:br/>
        <w:t>Поший, будь ласка, піджака.&lt;br /&gt;</w:t>
        <w:br/>
        <w:t>Кравець-їжак&lt;br /&gt;</w:t>
        <w:br/>
        <w:t>Пошив піджак,&lt;br /&gt;</w:t>
        <w:br/>
        <w:t>А ще, крім того, і штани,&lt;br /&gt;</w:t>
        <w:br/>
        <w:t>Бо друзями були вони.</w:t>
      </w:r>
    </w:p>
    <w:p>
      <w:r>
        <w:br/>
        <w:t>Григорій Фалькович. Вірші для дітей. Абетка. Малюнки Тамари Морозко</w:t>
      </w:r>
    </w:p>
    <w:p>
      <w:r>
        <w:br/>
        <w:t>Й</w:t>
      </w:r>
    </w:p>
    <w:p>
      <w:r>
        <w:br/>
        <w:t>Йодом тато мастить ранку —&lt;br /&gt;</w:t>
        <w:br/>
        <w:t>Так лікує він Оксанку.&lt;br /&gt;</w:t>
        <w:br/>
        <w:t>Йой! — всміхається Оксанка,&lt;br /&gt;</w:t>
        <w:br/>
        <w:t>Це — подряпинка, не ранка.</w:t>
      </w:r>
    </w:p>
    <w:p>
      <w:r>
        <w:br/>
        <w:t>Йодом змащено плече:&lt;br /&gt;</w:t>
        <w:br/>
        <w:t>Йод лікує, йод пече.</w:t>
      </w:r>
    </w:p>
    <w:p>
      <w:r>
        <w:br/>
        <w:t>К</w:t>
      </w:r>
    </w:p>
    <w:p>
      <w:r>
        <w:br/>
        <w:t>Королю набридло спати —&lt;br /&gt;</w:t>
        <w:br/>
        <w:t>Він пішов собі гуляти:&lt;br /&gt;</w:t>
        <w:br/>
        <w:t>В капелюсі, без корони,&lt;br /&gt;</w:t>
        <w:br/>
        <w:t>Без коня і охорони.</w:t>
      </w:r>
    </w:p>
    <w:p>
      <w:r>
        <w:br/>
        <w:t>А у місті теж гуляли —&lt;br /&gt;</w:t>
        <w:br/>
        <w:t>І дорослі, і малі.&lt;br /&gt;</w:t>
        <w:br/>
        <w:t>І ніяк не впізнавали&lt;br /&gt;</w:t>
        <w:br/>
        <w:t>Короля у королі.</w:t>
      </w:r>
    </w:p>
    <w:p>
      <w:r>
        <w:br/>
        <w:t>Тож йому, без охорони,&lt;br /&gt;</w:t>
        <w:br/>
        <w:t>Без коня, і без корони —&lt;br /&gt;</w:t>
        <w:br/>
        <w:t>При самому, при собі —&lt;br /&gt;</w:t>
        <w:br/>
        <w:t>Стало сумно у юрбі.</w:t>
      </w:r>
    </w:p>
    <w:p>
      <w:r>
        <w:br/>
        <w:t>Л</w:t>
      </w:r>
    </w:p>
    <w:p>
      <w:r>
        <w:br/>
        <w:t>Лис нечутно йшов по лісу&lt;br /&gt;</w:t>
        <w:br/>
        <w:t>Вийшов Лось назустріч Лису:&lt;br /&gt;</w:t>
        <w:br/>
        <w:t>Лис у листі заховався&lt;br /&gt;</w:t>
        <w:br/>
        <w:t>Цілий день не озивався,&lt;br /&gt;</w:t>
        <w:br/>
        <w:t>Бо ще змалку, з давнини,&lt;br /&gt;</w:t>
        <w:br/>
        <w:t>Грають в піжмурки вони.</w:t>
      </w:r>
    </w:p>
    <w:p>
      <w:r>
        <w:br/>
        <w:t>М</w:t>
      </w:r>
    </w:p>
    <w:p>
      <w:r>
        <w:br/>
        <w:t>Мишенятко на Подолі&lt;br /&gt;</w:t>
        <w:br/>
        <w:t>Вчиться у музичній школі,&lt;br /&gt;</w:t>
        <w:br/>
        <w:t>І завжди приходить рано,&lt;br /&gt;</w:t>
        <w:br/>
        <w:t>Бо живе у фотеп'яно.</w:t>
      </w:r>
    </w:p>
    <w:p>
      <w:r>
        <w:br/>
        <w:t>Н</w:t>
      </w:r>
    </w:p>
    <w:p>
      <w:r>
        <w:br/>
        <w:t>Нитка влітку народилася,&lt;br /&gt;</w:t>
        <w:br/>
        <w:t>Нитка з голкою здружилася:&lt;br /&gt;</w:t>
        <w:br/>
        <w:t>Нині, дружбі завдяки,&lt;br /&gt;</w:t>
        <w:br/>
        <w:t>Вишивають рушники.</w:t>
      </w:r>
    </w:p>
    <w:p>
      <w:r>
        <w:br/>
        <w:t>О</w:t>
      </w:r>
    </w:p>
    <w:p>
      <w:r>
        <w:br/>
        <w:t>Орел, орлиця і орля&lt;br /&gt;</w:t>
        <w:br/>
        <w:t>Літали над землею:&lt;br /&gt;</w:t>
        <w:br/>
        <w:t>Яка ж маленька ця земля&lt;br /&gt;</w:t>
        <w:br/>
        <w:t>І все, що там із нею!</w:t>
      </w:r>
    </w:p>
    <w:p>
      <w:r>
        <w:br/>
        <w:t>Дрібні отари, сад, село,&lt;br /&gt;</w:t>
        <w:br/>
        <w:t>Ріки тоненька риска,&lt;br /&gt;</w:t>
        <w:br/>
        <w:t>І навіть озеро було —&lt;br /&gt;</w:t>
        <w:br/>
        <w:t>Округле, наче миска.</w:t>
      </w:r>
    </w:p>
    <w:p>
      <w:r>
        <w:br/>
        <w:t>П</w:t>
      </w:r>
    </w:p>
    <w:p>
      <w:r>
        <w:br/>
        <w:t>Пароплав відпочивав&lt;br /&gt;</w:t>
        <w:br/>
        <w:t>Від буденних денних справ:&lt;br /&gt;</w:t>
        <w:br/>
        <w:t>Він пригадував тумани&lt;br /&gt;</w:t>
        <w:br/>
        <w:t>І порти, і океани,&lt;br /&gt;</w:t>
        <w:br/>
        <w:t>По яких він мандрував,&lt;br /&gt;</w:t>
        <w:br/>
        <w:t>І зітхали крадькома&lt;br /&gt;</w:t>
        <w:br/>
        <w:t>Рубка, палуба й корма.</w:t>
      </w:r>
    </w:p>
    <w:p>
      <w:r>
        <w:br/>
        <w:t>Григорій Фалькович. Вірші для дітей. Абетка. Малюнки Тамари Морозко</w:t>
      </w:r>
    </w:p>
    <w:p>
      <w:r>
        <w:br/>
        <w:t>Р</w:t>
      </w:r>
    </w:p>
    <w:p>
      <w:r>
        <w:br/>
        <w:t>Рибка рибці на ріці&lt;br /&gt;</w:t>
        <w:br/>
        <w:t>Дарувала камінці:&lt;br /&gt;</w:t>
        <w:br/>
        <w:t>Два рожевих — на удачу.&lt;br /&gt;</w:t>
        <w:br/>
        <w:t>І три зелених — на додачу.&lt;br /&gt;</w:t>
        <w:br/>
        <w:t>Рибки вміли рахувать:&lt;br /&gt;</w:t>
        <w:br/>
        <w:t>Раз, два, три, чотири, пять.</w:t>
      </w:r>
    </w:p>
    <w:p>
      <w:r>
        <w:br/>
        <w:t>С</w:t>
      </w:r>
    </w:p>
    <w:p>
      <w:r>
        <w:br/>
        <w:t>Соловейко, як принаду,&lt;br /&gt;</w:t>
        <w:br/>
        <w:t>Розсипає серенаду:&lt;br /&gt;</w:t>
        <w:br/>
        <w:t>Не аби кому у лісі —&lt;br /&gt;</w:t>
        <w:br/>
        <w:t>Він співає солов'їсі.&lt;br /&gt;</w:t>
        <w:br/>
        <w:t>Соло в лісі —&lt;br /&gt;</w:t>
        <w:br/>
        <w:t>Солов'їсі.</w:t>
      </w:r>
    </w:p>
    <w:p>
      <w:r>
        <w:br/>
        <w:t>Т</w:t>
      </w:r>
    </w:p>
    <w:p>
      <w:r>
        <w:br/>
        <w:t>Танці! Танці! Всі — до кола!&lt;br /&gt;</w:t>
        <w:br/>
        <w:t>Хай танцюють всі довкола.&lt;br /&gt;</w:t>
        <w:br/>
        <w:t>Танці, музика і сміх…&lt;br /&gt;</w:t>
        <w:br/>
        <w:t>Ми запрошуємо всіх!</w:t>
      </w:r>
    </w:p>
    <w:p>
      <w:r>
        <w:br/>
        <w:t>У</w:t>
      </w:r>
    </w:p>
    <w:p>
      <w:r>
        <w:br/>
        <w:t>Усмішка у світі заблукала,&lt;br /&gt;</w:t>
        <w:br/>
        <w:t>Бо сумного хлопчика шукала:&lt;br /&gt;</w:t>
        <w:br/>
        <w:t>На узліссі, в пущі — все дарма&lt;br /&gt;</w:t>
        <w:br/>
        <w:t>На узвишші, в лузі — теж нема!&lt;br /&gt;</w:t>
        <w:br/>
        <w:t>І ніхто не знає, навіть я,&lt;br /&gt;</w:t>
        <w:br/>
        <w:t>Хто він є, яке його ім'я.</w:t>
      </w:r>
    </w:p>
    <w:p>
      <w:r>
        <w:br/>
        <w:t>Щоб тебе не сплутали із ним —&lt;br /&gt;</w:t>
        <w:br/>
        <w:t>Усміхнися, не ходи сумним.</w:t>
      </w:r>
    </w:p>
    <w:p>
      <w:r>
        <w:br/>
        <w:t>Ф</w:t>
      </w:r>
    </w:p>
    <w:p>
      <w:r>
        <w:br/>
        <w:t>Фокстер'єр любив ковбаску,&lt;br /&gt;</w:t>
        <w:br/>
        <w:t>Сир, прогулянки і ласку.&lt;br /&gt;</w:t>
        <w:br/>
        <w:t>Це завжди буває так,&lt;br /&gt;</w:t>
        <w:br/>
        <w:t>І не тільки у собак.</w:t>
      </w:r>
    </w:p>
    <w:p>
      <w:r>
        <w:br/>
        <w:t>Х</w:t>
      </w:r>
    </w:p>
    <w:p>
      <w:r>
        <w:br/>
        <w:t>Холод-холод-холодрига.&lt;br /&gt;</w:t>
        <w:br/>
        <w:t>Сніг, хурделиця і крига,&lt;br /&gt;</w:t>
        <w:br/>
        <w:t>А у хаті в тьоті Каті —&lt;br /&gt;</w:t>
        <w:br/>
        <w:t>Аж два чайники пихкаті,&lt;br /&gt;</w:t>
        <w:br/>
        <w:t>І гарячий ще хлібець&lt;br /&gt;</w:t>
        <w:br/>
        <w:t>І нехолодний холодець.</w:t>
      </w:r>
    </w:p>
    <w:p>
      <w:r>
        <w:br/>
        <w:t>Ц</w:t>
      </w:r>
    </w:p>
    <w:p>
      <w:r>
        <w:br/>
        <w:t>Цирк порожній, цирк сумний —&lt;br /&gt;</w:t>
        <w:br/>
        <w:t>Публіки немає.&lt;br /&gt;</w:t>
        <w:br/>
        <w:t>Цирк сьогодні вихідний:&lt;br /&gt;</w:t>
        <w:br/>
        <w:t>Спить, відпочиває.</w:t>
      </w:r>
    </w:p>
    <w:p>
      <w:r>
        <w:br/>
        <w:t>Сплять навстоячки слони,&lt;br /&gt;</w:t>
        <w:br/>
        <w:t>Кішка спить на скрині.&lt;br /&gt;</w:t>
        <w:br/>
        <w:t>Циркулюють цирком сни:&lt;br /&gt;</w:t>
        <w:br/>
        <w:t>Тигри, леви — всі вони&lt;br /&gt;</w:t>
        <w:br/>
        <w:t>Бачать сни звірині.</w:t>
      </w:r>
    </w:p>
    <w:p>
      <w:r>
        <w:br/>
        <w:t>Цить… цить… цить…&lt;br /&gt;</w:t>
        <w:br/>
        <w:t>Кицю не збудіть…</w:t>
      </w:r>
    </w:p>
    <w:p>
      <w:r>
        <w:br/>
        <w:t>Григорій Фалькович. Вірші для дітей. Абетка. Малюнки Тамари Морозко</w:t>
      </w:r>
    </w:p>
    <w:p>
      <w:r>
        <w:br/>
        <w:t>Ч</w:t>
      </w:r>
    </w:p>
    <w:p>
      <w:r>
        <w:br/>
        <w:t>Чайки, річка, пляж, гайок.&lt;br /&gt;</w:t>
        <w:br/>
        <w:t>І людей не видно.&lt;br /&gt;</w:t>
        <w:br/>
        <w:t>Чайки п'ють собі чайок&lt;br /&gt;</w:t>
        <w:br/>
        <w:t>З яблучним повидлом.&lt;br /&gt;</w:t>
        <w:br/>
        <w:t>Он, ще й торту два шматки,&lt;br /&gt;</w:t>
        <w:br/>
        <w:t>Вишні з кісточками...</w:t>
      </w:r>
    </w:p>
    <w:p>
      <w:r>
        <w:br/>
        <w:t>Я і сам би залюбки&lt;br /&gt;</w:t>
        <w:br/>
        <w:t>Чаював з чайками.</w:t>
      </w:r>
    </w:p>
    <w:p>
      <w:r>
        <w:br/>
        <w:t>Ш</w:t>
      </w:r>
    </w:p>
    <w:p>
      <w:r>
        <w:br/>
        <w:t>Шибка з вітром шепотіла —&lt;br /&gt;</w:t>
        <w:br/>
        <w:t>Дуже гратися хотіла:&lt;br /&gt;</w:t>
        <w:br/>
        <w:t>Через гульки та жарточки&lt;br /&gt;</w:t>
        <w:br/>
        <w:t>Розлетілась на шматочки.</w:t>
      </w:r>
    </w:p>
    <w:p>
      <w:r>
        <w:br/>
        <w:t>Всім шибкам корисно знати,&lt;br /&gt;</w:t>
        <w:br/>
        <w:t>З ким дружити й жартувати.</w:t>
      </w:r>
    </w:p>
    <w:p>
      <w:r>
        <w:br/>
        <w:t>Щ</w:t>
      </w:r>
    </w:p>
    <w:p>
      <w:r>
        <w:br/>
        <w:t>Щука дуже сумувала —&lt;br /&gt;</w:t>
        <w:br/>
        <w:t>В гості щиглика гукала,&lt;br /&gt;</w:t>
        <w:br/>
        <w:t>І якби пташки могли б&lt;br /&gt;</w:t>
        <w:br/>
        <w:t>Чути безголосих риб,&lt;br /&gt;</w:t>
        <w:br/>
        <w:t>Щиглик би раненько встав&lt;br /&gt;</w:t>
        <w:br/>
        <w:t>І до щуки завітав:&lt;br /&gt;</w:t>
        <w:br/>
        <w:t>У четвер, після дощу —&lt;br /&gt;</w:t>
        <w:br/>
        <w:t>На тарілочку борщу.</w:t>
      </w:r>
    </w:p>
    <w:p>
      <w:r>
        <w:br/>
        <w:t>Григорій Фалькович. Вірші для дітей. Абетка. Малюнки Тамари Морозко</w:t>
      </w:r>
    </w:p>
    <w:p>
      <w:r>
        <w:br/>
        <w:t>Ь</w:t>
      </w:r>
    </w:p>
    <w:p>
      <w:r>
        <w:br/>
        <w:t>Ь: дивись, це — літера. Однак,&lt;br /&gt;</w:t>
        <w:br/>
        <w:t>Водночас це також і знак.&lt;br /&gt;</w:t>
        <w:br/>
        <w:t>Якщо спитаєш ти:&lt;br /&gt;</w:t>
        <w:br/>
        <w:t>— Який?&lt;br /&gt;</w:t>
        <w:br/>
        <w:t>Я відповім:&lt;br /&gt;</w:t>
        <w:br/>
        <w:t>— Це знак — м'який!</w:t>
      </w:r>
    </w:p>
    <w:p>
      <w:r>
        <w:br/>
        <w:t>Тож, інші літери йому,&lt;br /&gt;</w:t>
        <w:br/>
        <w:t>Неначе другові свому,&lt;br /&gt;</w:t>
        <w:br/>
        <w:t>Дарують теплі почуття,&lt;br /&gt;</w:t>
        <w:br/>
        <w:t>Бо він пом'якшує життя.</w:t>
      </w:r>
    </w:p>
    <w:p>
      <w:r>
        <w:br/>
        <w:t>Ю</w:t>
      </w:r>
    </w:p>
    <w:p>
      <w:r>
        <w:br/>
        <w:t>Юрко за віком ще хлопчак,&lt;br /&gt;</w:t>
        <w:br/>
        <w:t>А виглядає, як юнак.&lt;br /&gt;</w:t>
        <w:br/>
        <w:t>Ось він зібрався у похід —&lt;br /&gt;</w:t>
        <w:br/>
        <w:t>До бабці Юлі, на обід:&lt;br /&gt;</w:t>
        <w:br/>
        <w:t>Вона, сивенька та метка,&lt;br /&gt;</w:t>
        <w:br/>
        <w:t>Зварила юшку для Юрка.</w:t>
      </w:r>
    </w:p>
    <w:p>
      <w:r>
        <w:br/>
        <w:t>Я</w:t>
      </w:r>
    </w:p>
    <w:p>
      <w:r>
        <w:br/>
        <w:t>Яблунька зростала під вікном,&lt;br /&gt;</w:t>
        <w:br/>
        <w:t>А ялинка — в лісі, за селом.&lt;br /&gt;</w:t>
        <w:br/>
        <w:t>Яблунька раділа й сумувала:&lt;br /&gt;</w:t>
        <w:br/>
        <w:t>І цвіла, й жовтіла, й опадала,&lt;br /&gt;</w:t>
        <w:br/>
        <w:t>А ялинка на своїм віку&lt;br /&gt;</w:t>
        <w:br/>
        <w:t>Не міняла власного смаку:&lt;br /&gt;</w:t>
        <w:br/>
        <w:t>Вподобала з юної пори&lt;br /&gt;</w:t>
        <w:br/>
        <w:t>Над усе&lt;br /&gt;</w:t>
        <w:br/>
        <w:t>Зелені кольори.</w:t>
      </w:r>
    </w:p>
    <w:p>
      <w:r>
        <w:br/>
        <w:t>А, Б, В, Г, Ґ, Д, Е, Є, Ж, З, И, І, Ї, Й, К, Л, М, Н, О, П, Р, С, Т, У, Ф, Х, Ц, Ч, Ш, Щ, Ь, Ю, Я.</w:t>
      </w:r>
    </w:p>
    <w:p>
      <w:r>
        <w:br/>
        <w:t>Остання перегорнута сторінка:&lt;br /&gt;</w:t>
        <w:br/>
        <w:t>Від "А" до "Я" тебе вела стежинка.&lt;br /&gt;</w:t>
        <w:br/>
        <w:t>Наважуйся. Зроби наступний крок.&lt;br /&gt;</w:t>
        <w:br/>
        <w:t>До зустрічі на сторінках книжок!</w:t>
      </w:r>
    </w:p>
    <w:p>
      <w:r>
        <w:br/>
        <w:t>А, Б, В, Г, Ґ, Д, Е, Є, Ж, З, И, І, Ї, Й, К, Л, М, Н, О, П, Р, С, Т, У, Ф, Х, Ц, Ч, Ш, Щ, Ь, Ю, 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Абетка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