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віхола за плечі обійме...</w:t>
      </w:r>
    </w:p>
    <w:p>
      <w:r>
        <w:br/>
        <w:t xml:space="preserve"> А віхола за плечі обійме.&lt;br /&gt;</w:t>
        <w:br/>
        <w:t>Ото іще не наліталась взимку…&lt;br /&gt;</w:t>
        <w:br/>
        <w:t>Такий смутний прощальний полонез.&lt;br /&gt;</w:t>
        <w:br/>
        <w:t>Все буде добре. Не ридайте, Скрипко…</w:t>
      </w:r>
    </w:p>
    <w:p>
      <w:r>
        <w:br/>
        <w:t>І срібні струни на собі не рвіть,&lt;br /&gt;</w:t>
        <w:br/>
        <w:t>Тепло прийде, коли пора настане.&lt;br /&gt;</w:t>
        <w:br/>
        <w:t>А віхола погасне й мимохіть&lt;br /&gt;</w:t>
        <w:br/>
        <w:t>Переросте у радісні органи.</w:t>
      </w:r>
    </w:p>
    <w:p>
      <w:r>
        <w:br/>
        <w:t>І годі дослухатися… Тремкі&lt;br /&gt;</w:t>
        <w:br/>
        <w:t>Сі прядива нестерпного чекання.&lt;br /&gt;</w:t>
        <w:br/>
        <w:t>Не плачте, Скрипко… Хоч такі гіркі…&lt;br /&gt;</w:t>
        <w:br/>
        <w:t>Такі смутні мелодії кохання…</w:t>
      </w:r>
    </w:p>
    <w:p>
      <w:r>
        <w:br/>
        <w:t>Як пори року, світу і світів,&lt;br /&gt;</w:t>
        <w:br/>
        <w:t>Їм дорогі хвилина, нота кожна.&lt;br /&gt;</w:t>
        <w:br/>
        <w:t>Осінні перегони золоті&lt;br /&gt;</w:t>
        <w:br/>
        <w:t>Весняні квітування переможні.</w:t>
      </w:r>
    </w:p>
    <w:p>
      <w:r>
        <w:br/>
        <w:t>І ця зима – прощай, не повертай!&lt;br /&gt;</w:t>
        <w:br/>
        <w:t>Так швидко тане поміж нами крига,&lt;br /&gt;</w:t>
        <w:br/>
        <w:t>Цвіте верба і пахне молочай&lt;br /&gt;</w:t>
        <w:br/>
        <w:t>В передчутті останньої відлиги.</w:t>
      </w:r>
    </w:p>
    <w:p>
      <w:r>
        <w:br/>
        <w:t>Бо сонячний смичок уже бринить,&lt;br /&gt;</w:t>
        <w:br/>
        <w:t>В плакучих вербах і промерзлих липках&lt;br /&gt;</w:t>
        <w:br/>
        <w:t>За хмарами просвічує блакить,&lt;br /&gt;</w:t>
        <w:br/>
        <w:t>І тиша як ріка. Не плачте, Скрипко…&lt;br /&gt;</w:t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віхола за плечі обійме...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