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народ воювати не хоче</w:t>
      </w:r>
    </w:p>
    <w:p>
      <w:r>
        <w:br/>
        <w:t xml:space="preserve"> &lt;p&gt;I</w:t>
      </w:r>
    </w:p>
    <w:p>
      <w:r>
        <w:br/>
        <w:t>Свербить панам воювати!</w:t>
      </w:r>
    </w:p>
    <w:p>
      <w:r>
        <w:br/>
        <w:t>І не спиться тим панам, і не лежиться, крутяться пани, на своїх ліжках лежавши, і весь час їм увижається, що кожний із них не менший, як генерал, а перед ним армії, корпуси, дивізії, артилерія, кавалерія, авіадивізії, мотодивізії, і що в кожного з них у кишені атомна бомба... А він стоїть і командує:</w:t>
      </w:r>
    </w:p>
    <w:p>
      <w:r>
        <w:br/>
        <w:t>— Вперед!</w:t>
      </w:r>
    </w:p>
    <w:p>
      <w:r>
        <w:br/>
        <w:t>Гармати стріляють, літаки гудуть, бомби рвуться, кавалерія рубає, противник — урозтіч, панове військо за ним.</w:t>
      </w:r>
    </w:p>
    <w:p>
      <w:r>
        <w:br/>
        <w:t>Така баталія! Така баталія!</w:t>
      </w:r>
    </w:p>
    <w:p>
      <w:r>
        <w:br/>
        <w:t>Аж сам пан не витримує й кидається в атаку:</w:t>
      </w:r>
    </w:p>
    <w:p>
      <w:r>
        <w:br/>
        <w:t>— Гур-р-ра!</w:t>
      </w:r>
    </w:p>
    <w:p>
      <w:r>
        <w:br/>
        <w:t>І в цю мить прокидається.</w:t>
      </w:r>
    </w:p>
    <w:p>
      <w:r>
        <w:br/>
        <w:t>Лап! — ні тобі артилерії, ні тобі кавалерії, ні мо-то, ні самольотів, — у руках у пана шмат одірваної в "бою" шовкової піжами, та й усе!</w:t>
      </w:r>
    </w:p>
    <w:p>
      <w:r>
        <w:br/>
        <w:t>— Привид... Марення... А як же ж хочеться панам воювати! До болю, до різачки!</w:t>
      </w:r>
    </w:p>
    <w:p>
      <w:r>
        <w:br/>
        <w:t>Уолл-стріт хоче, щоб усенький білий світ, щоб усю земну кулю у сейф! Клац! — ключем:</w:t>
      </w:r>
    </w:p>
    <w:p>
      <w:r>
        <w:br/>
        <w:t>— Моя земна куля! Моя! Сиди тоді собі спокійно й визискуй! Натиснув на одне місце — пливе золото вагонами, пароплавами, транспортними літаками... На друге місце натиснув — каучук везуть. Ще натиснув — уранова руда, пшениця, вовна, скот...</w:t>
      </w:r>
    </w:p>
    <w:p>
      <w:r>
        <w:br/>
        <w:t>Все везуть панові — що на землі, що й під землею, що на воді, що й під водою, що в атмосфері, що й у стратосфері!</w:t>
      </w:r>
    </w:p>
    <w:p>
      <w:r>
        <w:br/>
        <w:t>Усе його! Все панове!</w:t>
      </w:r>
    </w:p>
    <w:p>
      <w:r>
        <w:br/>
        <w:t>Він, тільки він — хазяїн! Єдиний!</w:t>
      </w:r>
    </w:p>
    <w:p>
      <w:r>
        <w:br/>
        <w:t>II</w:t>
      </w:r>
    </w:p>
    <w:p>
      <w:r>
        <w:br/>
        <w:t>Опритомнює містер-пан, озирається навкруги, вдивляється вперед, прислухається...</w:t>
      </w:r>
    </w:p>
    <w:p>
      <w:r>
        <w:br/>
        <w:t>— Ми не хочемо воювати! — чує містер-пан з Півдня.</w:t>
      </w:r>
    </w:p>
    <w:p>
      <w:r>
        <w:br/>
        <w:t>— Ми не будемо воювати! — лунає і з Півдня, і з Півночі, з Сходу і з Заходу.</w:t>
      </w:r>
    </w:p>
    <w:p>
      <w:r>
        <w:br/>
        <w:t>— Ми не дамо своїх дітей на гарматне м'ясо! — лунає з уст матерів усього світу.</w:t>
      </w:r>
    </w:p>
    <w:p>
      <w:r>
        <w:br/>
        <w:t>— Ми ніколи не добуватимемо вугілля, коли воно піде на підготування війни проти Радянського Союзу! — заявляють англійські шахтарі.</w:t>
      </w:r>
    </w:p>
    <w:p>
      <w:r>
        <w:br/>
        <w:t>— Повертайтесь додому, пане Черчілль, ми хочемо миру, а не війни! — заявила жіноча демонстрація Черчіллеві, коли він прибув до Сполучених Штатів Америки.</w:t>
      </w:r>
    </w:p>
    <w:p>
      <w:r>
        <w:br/>
        <w:t>— Геть Північно-атлантичний блок! Геть паліїв війни!— в усіх країнах лунає гнівний голос прогресивного людства.</w:t>
      </w:r>
    </w:p>
    <w:p>
      <w:r>
        <w:br/>
        <w:t>Прогресивні представники науки й культури, трудящі всього світу збираються на конгреси:</w:t>
      </w:r>
    </w:p>
    <w:p>
      <w:r>
        <w:br/>
        <w:t>— Геть війну! Хай живе мир!</w:t>
      </w:r>
    </w:p>
    <w:p>
      <w:r>
        <w:br/>
        <w:t>Містер-пан бачить це все і ще дужче скаженіє...</w:t>
      </w:r>
    </w:p>
    <w:p>
      <w:r>
        <w:br/>
        <w:t>Та хоч трісни, як кажуть, а народ війни не хоче...</w:t>
      </w:r>
    </w:p>
    <w:p>
      <w:r>
        <w:br/>
        <w:t>III</w:t>
      </w:r>
    </w:p>
    <w:p>
      <w:r>
        <w:br/>
        <w:t>Громада, як кажуть, великий чоловік...</w:t>
      </w:r>
    </w:p>
    <w:p>
      <w:r>
        <w:br/>
        <w:t>А народ тим паче: воювати не хоче.</w:t>
      </w:r>
    </w:p>
    <w:p>
      <w:r>
        <w:br/>
        <w:t>А тут же панам з Уолл-стріту до того ж припекло воювати, що аж-аж-аж...</w:t>
      </w:r>
    </w:p>
    <w:p>
      <w:r>
        <w:br/>
        <w:t>А ви знаєте, недорогі панове з Уолл-стріту, із такого становища можна вийти: можна розв'язати війну!</w:t>
      </w:r>
    </w:p>
    <w:p>
      <w:r>
        <w:br/>
        <w:t>Як?</w:t>
      </w:r>
    </w:p>
    <w:p>
      <w:r>
        <w:br/>
        <w:t>Хочете — повчимо.</w:t>
      </w:r>
    </w:p>
    <w:p>
      <w:r>
        <w:br/>
        <w:t>Виберіть яку-небудь територію, краще який-небудь острів, бо на суходолі не можна буде морської битви показати, — збирайтесь і їдьте на той острів...</w:t>
      </w:r>
    </w:p>
    <w:p>
      <w:r>
        <w:br/>
        <w:t>Беріть із собою всі генеральні штаби, всі пакти, беріть танки, самольоти, гармати, автомати, кулемети, лінкори, підводні човни, лоції, рації...</w:t>
      </w:r>
    </w:p>
    <w:p>
      <w:r>
        <w:br/>
        <w:t>Приїхавши, розділіться на два фронти чи на дві армії, на два, словом, боки, і починайте.</w:t>
      </w:r>
    </w:p>
    <w:p>
      <w:r>
        <w:br/>
        <w:t>Одним боком хай командує якийсь американський вояка, а другим боком — англійський...</w:t>
      </w:r>
    </w:p>
    <w:p>
      <w:r>
        <w:br/>
        <w:t>Починайте з розвідки.</w:t>
      </w:r>
    </w:p>
    <w:p>
      <w:r>
        <w:br/>
        <w:t>З одного боку посилайте в розвідку Черчілля, а з другого — Трумена.</w:t>
      </w:r>
    </w:p>
    <w:p>
      <w:r>
        <w:br/>
        <w:t>Дайте Черчіллеві і Трумену по атомній бомбі...</w:t>
      </w:r>
    </w:p>
    <w:p>
      <w:r>
        <w:br/>
        <w:t>Та посовітуйте, що коли вони один з одним зустрінуться, щоб Черчілль не кидав атомної бомби Труменові на пенсне, бо Трумен тоді додому дороги не знайде...</w:t>
      </w:r>
    </w:p>
    <w:p>
      <w:r>
        <w:br/>
        <w:t>Обов'язково не забудьте взяти з собою оту козу, що була при іспитах атомних бомб біля атолу. Кращого консультанта по атомній зброї ви не знайдете.</w:t>
      </w:r>
    </w:p>
    <w:p>
      <w:r>
        <w:br/>
        <w:t>Хай там собі і проривають фронти, хай і обходять ворога, хай беруть один одного в кліщі, одне слово, хай роблять усе те, що робиться на війні.</w:t>
      </w:r>
    </w:p>
    <w:p>
      <w:r>
        <w:br/>
        <w:t>От щодо використання на війт атомних бомб, поскільки цю справу не зовсім іще вивчено, обов'язково питайтесь у кози, бо це єдиний безпосередній свідок; дії атомної енергії.</w:t>
      </w:r>
    </w:p>
    <w:p>
      <w:r>
        <w:br/>
        <w:t>Пам'ятаєте, вона тоді заявила кореспондентові Ассошіейтед Пресе:</w:t>
      </w:r>
    </w:p>
    <w:p>
      <w:r>
        <w:br/>
        <w:t>— Стояла я на пароплаві і смикала сіно... Раптом як ба-б-б-ба-бахне!</w:t>
      </w:r>
    </w:p>
    <w:p>
      <w:r>
        <w:br/>
        <w:t>— А ви? — запитав кореспондент.</w:t>
      </w:r>
    </w:p>
    <w:p>
      <w:r>
        <w:br/>
        <w:t>— Я й мекнула!</w:t>
      </w:r>
    </w:p>
    <w:p>
      <w:r>
        <w:br/>
        <w:t>— І сильно мекнули? — запитав кореспондент.</w:t>
      </w:r>
    </w:p>
    <w:p>
      <w:r>
        <w:br/>
        <w:t>— Дуже мекнула! На славу американської зброї мекнула! Я — біла коза! Не думайте...</w:t>
      </w:r>
    </w:p>
    <w:p>
      <w:r>
        <w:br/>
        <w:t>— Ол райт!</w:t>
      </w:r>
    </w:p>
    <w:p>
      <w:r>
        <w:br/>
        <w:t>Щоб така коза та поганим консультантом була?!</w:t>
      </w:r>
    </w:p>
    <w:p>
      <w:r>
        <w:br/>
        <w:t>Отак собі, панове містери, воюйте!</w:t>
      </w:r>
    </w:p>
    <w:p>
      <w:r>
        <w:br/>
        <w:t>Тільки подовше воюйте! Ми не проти.</w:t>
      </w:r>
    </w:p>
    <w:p>
      <w:r>
        <w:br/>
        <w:t>А наша, радянська атомна енергія не війну провокуватиме, а мир захищатиме...</w:t>
      </w:r>
    </w:p>
    <w:p>
      <w:r>
        <w:br/>
        <w:t>Сон одне, а дійсність друге. Народи світу не допустять до того, щоб ви розв'язали нову війну.</w:t>
      </w:r>
    </w:p>
    <w:p>
      <w:r>
        <w:br/>
        <w:t>1949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народ воювати не хоче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