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 січня</w:t>
      </w:r>
    </w:p>
    <w:p>
      <w:r>
        <w:br/>
        <w:t xml:space="preserve"> &lt;p&gt;Вони йшли повні віри й надії.</w:t>
      </w:r>
    </w:p>
    <w:p>
      <w:r>
        <w:br/>
        <w:t>Натруджені тяжкою працею, зашкарублі робітницькі руки несли емблеми того, чому поклонялися їх прадіди, дiди, батьки і перед чим хилились вони самі.</w:t>
      </w:r>
    </w:p>
    <w:p>
      <w:r>
        <w:br/>
        <w:t>Ті емблеми мали їх захищати, мали говорити за них, казати, що йдуть вони покірні й смиренні; що йдуть знеможені тяжкою працею, безрадісним життям, безправним поневірянням під гнобительством дужих і злих, що йдуть вони благати — благати слова того, яке зняло б вагу з їх пліч намуляних, з їх спин ізгорблених, яке внесло б світ і радість у їх темні, сумні хати.</w:t>
      </w:r>
    </w:p>
    <w:p>
      <w:r>
        <w:br/>
        <w:t>Щоб хоч не вони, хоч діти їх могли вирости дужими й вільними, щасливими людьми.</w:t>
      </w:r>
    </w:p>
    <w:p>
      <w:r>
        <w:br/>
        <w:t>Адже й тому, хто крутить колесо, хто б'є молотом, хто копає землю,— адже й тому треба світу, волі, щастя — так саме, як і тому, хто п'є з золотого кубка.</w:t>
      </w:r>
    </w:p>
    <w:p>
      <w:r>
        <w:br/>
        <w:t>Так саме треба — без ніякої різнації.</w:t>
      </w:r>
    </w:p>
    <w:p>
      <w:r>
        <w:br/>
        <w:t>І вони йшли з дитячою вірою, що й їм капне хоч одна крапелина того щастя.</w:t>
      </w:r>
    </w:p>
    <w:p>
      <w:r>
        <w:br/>
        <w:t>Без зброї вони йшли.</w:t>
      </w:r>
    </w:p>
    <w:p>
      <w:r>
        <w:br/>
        <w:t>Зброя їх зустріла.</w:t>
      </w:r>
    </w:p>
    <w:p>
      <w:r>
        <w:br/>
        <w:t>Прострелені впали емблеми покірності, впали, щоб не піднятися ніколи... Ніколи не піднятися ні в душах їх, ні в душах дітей їх, ні внуків.</w:t>
      </w:r>
    </w:p>
    <w:p>
      <w:r>
        <w:br/>
        <w:t>Прострелені, впали вони самі,— полягли купами, як купами йшли: могучі молоді робітники, знеможені працею діди, матері й сестри, маленькі діти — квітки надії кожного народу.</w:t>
      </w:r>
    </w:p>
    <w:p>
      <w:r>
        <w:br/>
        <w:t>І густо-густо закрасили білий сніг червоною кров'ю...</w:t>
      </w:r>
    </w:p>
    <w:p>
      <w:r>
        <w:br/>
        <w:t>А ті, що зосталися живі, зосталися на те, щоб ніколи не забути сього дня.</w:t>
      </w:r>
    </w:p>
    <w:p>
      <w:r>
        <w:br/>
        <w:t>Щоб робітницькі груди ніколи не прострелювали тяжкі кулі.</w:t>
      </w:r>
    </w:p>
    <w:p>
      <w:r>
        <w:br/>
        <w:t>Щоб жінки не припадали, ридаючи, до трупів батьків, чоловіків, синів.</w:t>
      </w:r>
    </w:p>
    <w:p>
      <w:r>
        <w:br/>
        <w:t>Щоб живі — живі й веселі могли щебетати маленькі діти — квітки-надії кожного народу.</w:t>
      </w:r>
    </w:p>
    <w:p>
      <w:r>
        <w:br/>
        <w:t>І щоб вони виростали дужими й вільними, щасливими людьми.</w:t>
      </w:r>
    </w:p>
    <w:p>
      <w:r>
        <w:br/>
        <w:t>І щоб се зробилось — твердо, міцно, навіки.</w:t>
      </w:r>
    </w:p>
    <w:p>
      <w:r>
        <w:br/>
        <w:t>Зробилося там, де червона кров закрасила білий сніг.</w:t>
      </w:r>
    </w:p>
    <w:p>
      <w:r>
        <w:br/>
        <w:t>1906.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січня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